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Меню на неделю · ~1800–1900 ккал/день</w:t>
      </w:r>
    </w:p>
    <w:p>
      <w:r>
        <w:t>Белок 115–135 г/день · сахар и сладкие напитки исключены · вода 1,5–2 л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День</w:t>
            </w:r>
          </w:p>
        </w:tc>
        <w:tc>
          <w:tcPr>
            <w:tcW w:type="dxa" w:w="1234"/>
          </w:tcPr>
          <w:p>
            <w:r>
              <w:t>Завтрак</w:t>
            </w:r>
          </w:p>
        </w:tc>
        <w:tc>
          <w:tcPr>
            <w:tcW w:type="dxa" w:w="1234"/>
          </w:tcPr>
          <w:p>
            <w:r>
              <w:t>Перекус</w:t>
            </w:r>
          </w:p>
        </w:tc>
        <w:tc>
          <w:tcPr>
            <w:tcW w:type="dxa" w:w="1234"/>
          </w:tcPr>
          <w:p>
            <w:r>
              <w:t>Обед</w:t>
            </w:r>
          </w:p>
        </w:tc>
        <w:tc>
          <w:tcPr>
            <w:tcW w:type="dxa" w:w="1234"/>
          </w:tcPr>
          <w:p>
            <w:r>
              <w:t>Полдник</w:t>
            </w:r>
          </w:p>
        </w:tc>
        <w:tc>
          <w:tcPr>
            <w:tcW w:type="dxa" w:w="1234"/>
          </w:tcPr>
          <w:p>
            <w:r>
              <w:t>Ужин</w:t>
            </w:r>
          </w:p>
        </w:tc>
        <w:tc>
          <w:tcPr>
            <w:tcW w:type="dxa" w:w="1234"/>
          </w:tcPr>
          <w:p>
            <w:r>
              <w:t>ккал/белок</w:t>
            </w:r>
          </w:p>
        </w:tc>
      </w:tr>
      <w:tr>
        <w:tc>
          <w:tcPr>
            <w:tcW w:type="dxa" w:w="1234"/>
          </w:tcPr>
          <w:p>
            <w:r>
              <w:t>Пн</w:t>
            </w:r>
          </w:p>
        </w:tc>
        <w:tc>
          <w:tcPr>
            <w:tcW w:type="dxa" w:w="1234"/>
          </w:tcPr>
          <w:p>
            <w:r>
              <w:t>Овсянка 60 г + молоко 250 мл + орехи 15 г + яблоко</w:t>
            </w:r>
          </w:p>
        </w:tc>
        <w:tc>
          <w:tcPr>
            <w:tcW w:type="dxa" w:w="1234"/>
          </w:tcPr>
          <w:p>
            <w:r>
              <w:t>Творог 5% 150 г + ягоды</w:t>
            </w:r>
          </w:p>
        </w:tc>
        <w:tc>
          <w:tcPr>
            <w:tcW w:type="dxa" w:w="1234"/>
          </w:tcPr>
          <w:p>
            <w:r>
              <w:t>Куриная грудка 180 г + гречка 90 г + салат</w:t>
            </w:r>
          </w:p>
        </w:tc>
        <w:tc>
          <w:tcPr>
            <w:tcW w:type="dxa" w:w="1234"/>
          </w:tcPr>
          <w:p>
            <w:r>
              <w:t>Йогурт 150 мл</w:t>
            </w:r>
          </w:p>
        </w:tc>
        <w:tc>
          <w:tcPr>
            <w:tcW w:type="dxa" w:w="1234"/>
          </w:tcPr>
          <w:p>
            <w:r>
              <w:t>Горбуша 150 г + овощи на пару</w:t>
            </w:r>
          </w:p>
        </w:tc>
        <w:tc>
          <w:tcPr>
            <w:tcW w:type="dxa" w:w="1234"/>
          </w:tcPr>
          <w:p>
            <w:r>
              <w:t>1850 / 128 г</w:t>
            </w:r>
          </w:p>
        </w:tc>
      </w:tr>
      <w:tr>
        <w:tc>
          <w:tcPr>
            <w:tcW w:type="dxa" w:w="1234"/>
          </w:tcPr>
          <w:p>
            <w:r>
              <w:t>Вт</w:t>
            </w:r>
          </w:p>
        </w:tc>
        <w:tc>
          <w:tcPr>
            <w:tcW w:type="dxa" w:w="1234"/>
          </w:tcPr>
          <w:p>
            <w:r>
              <w:t>Омлет из 3 яиц + овощи + хлеб цельнозерновой 40 г</w:t>
            </w:r>
          </w:p>
        </w:tc>
        <w:tc>
          <w:tcPr>
            <w:tcW w:type="dxa" w:w="1234"/>
          </w:tcPr>
          <w:p>
            <w:r>
              <w:t>Груша + миндаль 15 г</w:t>
            </w:r>
          </w:p>
        </w:tc>
        <w:tc>
          <w:tcPr>
            <w:tcW w:type="dxa" w:w="1234"/>
          </w:tcPr>
          <w:p>
            <w:r>
              <w:t>Говядина 150 г + булгур 90 г + овощи</w:t>
            </w:r>
          </w:p>
        </w:tc>
        <w:tc>
          <w:tcPr>
            <w:tcW w:type="dxa" w:w="1234"/>
          </w:tcPr>
          <w:p>
            <w:r>
              <w:t>Кефир 200 мл</w:t>
            </w:r>
          </w:p>
        </w:tc>
        <w:tc>
          <w:tcPr>
            <w:tcW w:type="dxa" w:w="1234"/>
          </w:tcPr>
          <w:p>
            <w:r>
              <w:t>Куриное филе 150 г + тушёные овощи</w:t>
            </w:r>
          </w:p>
        </w:tc>
        <w:tc>
          <w:tcPr>
            <w:tcW w:type="dxa" w:w="1234"/>
          </w:tcPr>
          <w:p>
            <w:r>
              <w:t>1880 / 132 г</w:t>
            </w:r>
          </w:p>
        </w:tc>
      </w:tr>
      <w:tr>
        <w:tc>
          <w:tcPr>
            <w:tcW w:type="dxa" w:w="1234"/>
          </w:tcPr>
          <w:p>
            <w:r>
              <w:t>Ср</w:t>
            </w:r>
          </w:p>
        </w:tc>
        <w:tc>
          <w:tcPr>
            <w:tcW w:type="dxa" w:w="1234"/>
          </w:tcPr>
          <w:p>
            <w:r>
              <w:t>Творог 5% 200 г + банан + корица</w:t>
            </w:r>
          </w:p>
        </w:tc>
        <w:tc>
          <w:tcPr>
            <w:tcW w:type="dxa" w:w="1234"/>
          </w:tcPr>
          <w:p>
            <w:r>
              <w:t>Орехи 20 г</w:t>
            </w:r>
          </w:p>
        </w:tc>
        <w:tc>
          <w:tcPr>
            <w:tcW w:type="dxa" w:w="1234"/>
          </w:tcPr>
          <w:p>
            <w:r>
              <w:t>Индейка 180 г + рис 80 г + салат с огурцом</w:t>
            </w:r>
          </w:p>
        </w:tc>
        <w:tc>
          <w:tcPr>
            <w:tcW w:type="dxa" w:w="1234"/>
          </w:tcPr>
          <w:p>
            <w:r>
              <w:t>Яблоко + йогурт 150 мл</w:t>
            </w:r>
          </w:p>
        </w:tc>
        <w:tc>
          <w:tcPr>
            <w:tcW w:type="dxa" w:w="1234"/>
          </w:tcPr>
          <w:p>
            <w:r>
              <w:t>Треска 160 г + картофель 150 г запечённый + овощи</w:t>
            </w:r>
          </w:p>
        </w:tc>
        <w:tc>
          <w:tcPr>
            <w:tcW w:type="dxa" w:w="1234"/>
          </w:tcPr>
          <w:p>
            <w:r>
              <w:t>1830 / 124 г</w:t>
            </w:r>
          </w:p>
        </w:tc>
      </w:tr>
      <w:tr>
        <w:tc>
          <w:tcPr>
            <w:tcW w:type="dxa" w:w="1234"/>
          </w:tcPr>
          <w:p>
            <w:r>
              <w:t>Чт</w:t>
            </w:r>
          </w:p>
        </w:tc>
        <w:tc>
          <w:tcPr>
            <w:tcW w:type="dxa" w:w="1234"/>
          </w:tcPr>
          <w:p>
            <w:r>
              <w:t>Гречка 70 г + яйцо + салат</w:t>
            </w:r>
          </w:p>
        </w:tc>
        <w:tc>
          <w:tcPr>
            <w:tcW w:type="dxa" w:w="1234"/>
          </w:tcPr>
          <w:p>
            <w:r>
              <w:t>Кефир + отруби</w:t>
            </w:r>
          </w:p>
        </w:tc>
        <w:tc>
          <w:tcPr>
            <w:tcW w:type="dxa" w:w="1234"/>
          </w:tcPr>
          <w:p>
            <w:r>
              <w:t>Суп куриный + курица 150 г + хлеб 40 г</w:t>
            </w:r>
          </w:p>
        </w:tc>
        <w:tc>
          <w:tcPr>
            <w:tcW w:type="dxa" w:w="1234"/>
          </w:tcPr>
          <w:p>
            <w:r>
              <w:t>Творог 100 г</w:t>
            </w:r>
          </w:p>
        </w:tc>
        <w:tc>
          <w:tcPr>
            <w:tcW w:type="dxa" w:w="1234"/>
          </w:tcPr>
          <w:p>
            <w:r>
              <w:t>Куриная грудка 150 г + овощи гриль</w:t>
            </w:r>
          </w:p>
        </w:tc>
        <w:tc>
          <w:tcPr>
            <w:tcW w:type="dxa" w:w="1234"/>
          </w:tcPr>
          <w:p>
            <w:r>
              <w:t>1860 / 126 г</w:t>
            </w:r>
          </w:p>
        </w:tc>
      </w:tr>
      <w:tr>
        <w:tc>
          <w:tcPr>
            <w:tcW w:type="dxa" w:w="1234"/>
          </w:tcPr>
          <w:p>
            <w:r>
              <w:t>Пт</w:t>
            </w:r>
          </w:p>
        </w:tc>
        <w:tc>
          <w:tcPr>
            <w:tcW w:type="dxa" w:w="1234"/>
          </w:tcPr>
          <w:p>
            <w:r>
              <w:t>Овсяноблин (овсянка + яйцо) + творог 100 г</w:t>
            </w:r>
          </w:p>
        </w:tc>
        <w:tc>
          <w:tcPr>
            <w:tcW w:type="dxa" w:w="1234"/>
          </w:tcPr>
          <w:p>
            <w:r>
              <w:t>Яблоко + арахис 15 г</w:t>
            </w:r>
          </w:p>
        </w:tc>
        <w:tc>
          <w:tcPr>
            <w:tcW w:type="dxa" w:w="1234"/>
          </w:tcPr>
          <w:p>
            <w:r>
              <w:t>Лосось 150 г + киноа 80 г + овощи</w:t>
            </w:r>
          </w:p>
        </w:tc>
        <w:tc>
          <w:tcPr>
            <w:tcW w:type="dxa" w:w="1234"/>
          </w:tcPr>
          <w:p>
            <w:r>
              <w:t>Йогурт 150 мл</w:t>
            </w:r>
          </w:p>
        </w:tc>
        <w:tc>
          <w:tcPr>
            <w:tcW w:type="dxa" w:w="1234"/>
          </w:tcPr>
          <w:p>
            <w:r>
              <w:t>Индейка 180 г + тушёная капуста</w:t>
            </w:r>
          </w:p>
        </w:tc>
        <w:tc>
          <w:tcPr>
            <w:tcW w:type="dxa" w:w="1234"/>
          </w:tcPr>
          <w:p>
            <w:r>
              <w:t>1900 / 135 г</w:t>
            </w:r>
          </w:p>
        </w:tc>
      </w:tr>
      <w:tr>
        <w:tc>
          <w:tcPr>
            <w:tcW w:type="dxa" w:w="1234"/>
          </w:tcPr>
          <w:p>
            <w:r>
              <w:t>Сб</w:t>
            </w:r>
          </w:p>
        </w:tc>
        <w:tc>
          <w:tcPr>
            <w:tcW w:type="dxa" w:w="1234"/>
          </w:tcPr>
          <w:p>
            <w:r>
              <w:t>Яйца 2 шт + авокадо 50 г + хлеб 40 г</w:t>
            </w:r>
          </w:p>
        </w:tc>
        <w:tc>
          <w:tcPr>
            <w:tcW w:type="dxa" w:w="1234"/>
          </w:tcPr>
          <w:p>
            <w:r>
              <w:t>Творог 5% 150 г</w:t>
            </w:r>
          </w:p>
        </w:tc>
        <w:tc>
          <w:tcPr>
            <w:tcW w:type="dxa" w:w="1234"/>
          </w:tcPr>
          <w:p>
            <w:r>
              <w:t>Борщ на курином бульоне + курица 150 г</w:t>
            </w:r>
          </w:p>
        </w:tc>
        <w:tc>
          <w:tcPr>
            <w:tcW w:type="dxa" w:w="1234"/>
          </w:tcPr>
          <w:p>
            <w:r>
              <w:t>Орехи 20 г</w:t>
            </w:r>
          </w:p>
        </w:tc>
        <w:tc>
          <w:tcPr>
            <w:tcW w:type="dxa" w:w="1234"/>
          </w:tcPr>
          <w:p>
            <w:r>
              <w:t>Куриное филе 150 г + запечённые овощи</w:t>
            </w:r>
          </w:p>
        </w:tc>
        <w:tc>
          <w:tcPr>
            <w:tcW w:type="dxa" w:w="1234"/>
          </w:tcPr>
          <w:p>
            <w:r>
              <w:t>1840 / 120 г</w:t>
            </w:r>
          </w:p>
        </w:tc>
      </w:tr>
      <w:tr>
        <w:tc>
          <w:tcPr>
            <w:tcW w:type="dxa" w:w="1234"/>
          </w:tcPr>
          <w:p>
            <w:r>
              <w:t>Вс</w:t>
            </w:r>
          </w:p>
        </w:tc>
        <w:tc>
          <w:tcPr>
            <w:tcW w:type="dxa" w:w="1234"/>
          </w:tcPr>
          <w:p>
            <w:r>
              <w:t>Сырники из творога 200 г + сметана 10%</w:t>
            </w:r>
          </w:p>
        </w:tc>
        <w:tc>
          <w:tcPr>
            <w:tcW w:type="dxa" w:w="1234"/>
          </w:tcPr>
          <w:p>
            <w:r>
              <w:t>Груша + миндаль 15 г</w:t>
            </w:r>
          </w:p>
        </w:tc>
        <w:tc>
          <w:tcPr>
            <w:tcW w:type="dxa" w:w="1234"/>
          </w:tcPr>
          <w:p>
            <w:r>
              <w:t>Говядина 150 г + гречка 90 г + салат</w:t>
            </w:r>
          </w:p>
        </w:tc>
        <w:tc>
          <w:tcPr>
            <w:tcW w:type="dxa" w:w="1234"/>
          </w:tcPr>
          <w:p>
            <w:r>
              <w:t>Кефир 200 мл</w:t>
            </w:r>
          </w:p>
        </w:tc>
        <w:tc>
          <w:tcPr>
            <w:tcW w:type="dxa" w:w="1234"/>
          </w:tcPr>
          <w:p>
            <w:r>
              <w:t>Рыба белая 180 г + овощи на пару</w:t>
            </w:r>
          </w:p>
        </w:tc>
        <w:tc>
          <w:tcPr>
            <w:tcW w:type="dxa" w:w="1234"/>
          </w:tcPr>
          <w:p>
            <w:r>
              <w:t>1870 / 130 г</w:t>
            </w:r>
          </w:p>
        </w:tc>
      </w:tr>
    </w:tbl>
    <w:p/>
    <w:p>
      <w:r>
        <w:t>Правила: овощи без ограничения · ужин до 19:30–20:00 · соль умеренно · сладкое — только фрукты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