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Мой рацион на 7 дней</w:t>
      </w:r>
    </w:p>
    <w:p>
      <w:r>
        <w:t>Персонально для Михаила Смирнова · 46 лет · 182 см · 136 кг · цель −7–14 кг за 3 месяца</w:t>
      </w:r>
    </w:p>
    <w:p>
      <w:r>
        <w:t>Норма: 1800–1900 ккал/день · белок 115–135 г · вода 2 л · сахар и сладкие напитки исключены</w:t>
      </w:r>
    </w:p>
    <w:p>
      <w:pPr>
        <w:pStyle w:val="Heading1"/>
      </w:pPr>
      <w:r>
        <w:t>Понедельник</w:t>
      </w:r>
    </w:p>
    <w:p>
      <w:r>
        <w:rPr>
          <w:b/>
        </w:rPr>
        <w:t>Итого: 1850 ккал · Б 128 г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Приём</w:t>
            </w:r>
          </w:p>
        </w:tc>
        <w:tc>
          <w:tcPr>
            <w:tcW w:type="dxa" w:w="2880"/>
          </w:tcPr>
          <w:p>
            <w:r>
              <w:t>Блюдо</w:t>
            </w:r>
          </w:p>
        </w:tc>
        <w:tc>
          <w:tcPr>
            <w:tcW w:type="dxa" w:w="2880"/>
          </w:tcPr>
          <w:p>
            <w:r>
              <w:t>КБЖУ</w:t>
            </w:r>
          </w:p>
        </w:tc>
      </w:tr>
      <w:tr>
        <w:tc>
          <w:tcPr>
            <w:tcW w:type="dxa" w:w="2880"/>
          </w:tcPr>
          <w:p>
            <w:r>
              <w:t>Завтрак 8:00</w:t>
            </w:r>
          </w:p>
        </w:tc>
        <w:tc>
          <w:tcPr>
            <w:tcW w:type="dxa" w:w="2880"/>
          </w:tcPr>
          <w:p>
            <w:r>
              <w:t>Овсянка 60 г + молоко 2,5% 250 мл + орехи 15 г + яблоко</w:t>
            </w:r>
          </w:p>
        </w:tc>
        <w:tc>
          <w:tcPr>
            <w:tcW w:type="dxa" w:w="2880"/>
          </w:tcPr>
          <w:p>
            <w:r>
              <w:t>420 ккал · Б15/Ж14/У58</w:t>
            </w:r>
          </w:p>
        </w:tc>
      </w:tr>
      <w:tr>
        <w:tc>
          <w:tcPr>
            <w:tcW w:type="dxa" w:w="2880"/>
          </w:tcPr>
          <w:p>
            <w:r>
              <w:t>Перекус 11:00</w:t>
            </w:r>
          </w:p>
        </w:tc>
        <w:tc>
          <w:tcPr>
            <w:tcW w:type="dxa" w:w="2880"/>
          </w:tcPr>
          <w:p>
            <w:r>
              <w:t>Творог 5% 150 г + ягоды 100 г</w:t>
            </w:r>
          </w:p>
        </w:tc>
        <w:tc>
          <w:tcPr>
            <w:tcW w:type="dxa" w:w="2880"/>
          </w:tcPr>
          <w:p>
            <w:r>
              <w:t>200 ккал · Б22/Ж7/У10</w:t>
            </w:r>
          </w:p>
        </w:tc>
      </w:tr>
      <w:tr>
        <w:tc>
          <w:tcPr>
            <w:tcW w:type="dxa" w:w="2880"/>
          </w:tcPr>
          <w:p>
            <w:r>
              <w:t>Обед 14:00</w:t>
            </w:r>
          </w:p>
        </w:tc>
        <w:tc>
          <w:tcPr>
            <w:tcW w:type="dxa" w:w="2880"/>
          </w:tcPr>
          <w:p>
            <w:r>
              <w:t>Рулет из фило с курицей и грибами (1 порция, рецепт с Инсты)</w:t>
            </w:r>
          </w:p>
        </w:tc>
        <w:tc>
          <w:tcPr>
            <w:tcW w:type="dxa" w:w="2880"/>
          </w:tcPr>
          <w:p>
            <w:r>
              <w:t>314 ккал · Б33/У26/Ж9</w:t>
            </w:r>
          </w:p>
        </w:tc>
      </w:tr>
      <w:tr>
        <w:tc>
          <w:tcPr>
            <w:tcW w:type="dxa" w:w="2880"/>
          </w:tcPr>
          <w:p>
            <w:r>
              <w:t>Полдник 17:00</w:t>
            </w:r>
          </w:p>
        </w:tc>
        <w:tc>
          <w:tcPr>
            <w:tcW w:type="dxa" w:w="2880"/>
          </w:tcPr>
          <w:p>
            <w:r>
              <w:t>ПП-торт с ягодами 100 г (рецепт с Инсты)</w:t>
            </w:r>
          </w:p>
        </w:tc>
        <w:tc>
          <w:tcPr>
            <w:tcW w:type="dxa" w:w="2880"/>
          </w:tcPr>
          <w:p>
            <w:r>
              <w:t>83 ккал · Б8/Ж2,8/У6,5</w:t>
            </w:r>
          </w:p>
        </w:tc>
      </w:tr>
      <w:tr>
        <w:tc>
          <w:tcPr>
            <w:tcW w:type="dxa" w:w="2880"/>
          </w:tcPr>
          <w:p>
            <w:r>
              <w:t>Ужин 19:00</w:t>
            </w:r>
          </w:p>
        </w:tc>
        <w:tc>
          <w:tcPr>
            <w:tcW w:type="dxa" w:w="2880"/>
          </w:tcPr>
          <w:p>
            <w:r>
              <w:t>Сырно-кабачковый крем-суп (1 порция, рецепт с Инсты)</w:t>
            </w:r>
          </w:p>
        </w:tc>
        <w:tc>
          <w:tcPr>
            <w:tcW w:type="dxa" w:w="2880"/>
          </w:tcPr>
          <w:p>
            <w:r>
              <w:t>347 ккал · Б36/Ж16/У17</w:t>
            </w:r>
          </w:p>
        </w:tc>
      </w:tr>
    </w:tbl>
    <w:p/>
    <w:p>
      <w:pPr>
        <w:pStyle w:val="Heading1"/>
      </w:pPr>
      <w:r>
        <w:t>Вторник</w:t>
      </w:r>
    </w:p>
    <w:p>
      <w:r>
        <w:rPr>
          <w:b/>
        </w:rPr>
        <w:t>Итого: 1870 ккал · Б 130 г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Приём</w:t>
            </w:r>
          </w:p>
        </w:tc>
        <w:tc>
          <w:tcPr>
            <w:tcW w:type="dxa" w:w="2880"/>
          </w:tcPr>
          <w:p>
            <w:r>
              <w:t>Блюдо</w:t>
            </w:r>
          </w:p>
        </w:tc>
        <w:tc>
          <w:tcPr>
            <w:tcW w:type="dxa" w:w="2880"/>
          </w:tcPr>
          <w:p>
            <w:r>
              <w:t>КБЖУ</w:t>
            </w:r>
          </w:p>
        </w:tc>
      </w:tr>
      <w:tr>
        <w:tc>
          <w:tcPr>
            <w:tcW w:type="dxa" w:w="2880"/>
          </w:tcPr>
          <w:p>
            <w:r>
              <w:t>Завтрак 8:00</w:t>
            </w:r>
          </w:p>
        </w:tc>
        <w:tc>
          <w:tcPr>
            <w:tcW w:type="dxa" w:w="2880"/>
          </w:tcPr>
          <w:p>
            <w:r>
              <w:t>Омлет из 3 яиц + овощи + хлеб цельнозерновой 40 г</w:t>
            </w:r>
          </w:p>
        </w:tc>
        <w:tc>
          <w:tcPr>
            <w:tcW w:type="dxa" w:w="2880"/>
          </w:tcPr>
          <w:p>
            <w:r>
              <w:t>380 ккал · Б24/Ж22/У18</w:t>
            </w:r>
          </w:p>
        </w:tc>
      </w:tr>
      <w:tr>
        <w:tc>
          <w:tcPr>
            <w:tcW w:type="dxa" w:w="2880"/>
          </w:tcPr>
          <w:p>
            <w:r>
              <w:t>Перекус 11:00</w:t>
            </w:r>
          </w:p>
        </w:tc>
        <w:tc>
          <w:tcPr>
            <w:tcW w:type="dxa" w:w="2880"/>
          </w:tcPr>
          <w:p>
            <w:r>
              <w:t>Груша + миндаль 15 г</w:t>
            </w:r>
          </w:p>
        </w:tc>
        <w:tc>
          <w:tcPr>
            <w:tcW w:type="dxa" w:w="2880"/>
          </w:tcPr>
          <w:p>
            <w:r>
              <w:t>150 ккал · Б4/Ж10/У12</w:t>
            </w:r>
          </w:p>
        </w:tc>
      </w:tr>
      <w:tr>
        <w:tc>
          <w:tcPr>
            <w:tcW w:type="dxa" w:w="2880"/>
          </w:tcPr>
          <w:p>
            <w:r>
              <w:t>Обед 14:00</w:t>
            </w:r>
          </w:p>
        </w:tc>
        <w:tc>
          <w:tcPr>
            <w:tcW w:type="dxa" w:w="2880"/>
          </w:tcPr>
          <w:p>
            <w:r>
              <w:t>Курино-творожная запеканка (1 порция, рецепт с Инсты)</w:t>
            </w:r>
          </w:p>
        </w:tc>
        <w:tc>
          <w:tcPr>
            <w:tcW w:type="dxa" w:w="2880"/>
          </w:tcPr>
          <w:p>
            <w:r>
              <w:t>326 ккал · Б36/Ж13/У18</w:t>
            </w:r>
          </w:p>
        </w:tc>
      </w:tr>
      <w:tr>
        <w:tc>
          <w:tcPr>
            <w:tcW w:type="dxa" w:w="2880"/>
          </w:tcPr>
          <w:p>
            <w:r>
              <w:t>Полдник 17:00</w:t>
            </w:r>
          </w:p>
        </w:tc>
        <w:tc>
          <w:tcPr>
            <w:tcW w:type="dxa" w:w="2880"/>
          </w:tcPr>
          <w:p>
            <w:r>
              <w:t>Кефир 200 мл + отруби 10 г</w:t>
            </w:r>
          </w:p>
        </w:tc>
        <w:tc>
          <w:tcPr>
            <w:tcW w:type="dxa" w:w="2880"/>
          </w:tcPr>
          <w:p>
            <w:r>
              <w:t>120 ккал · Б8/Ж3/У14</w:t>
            </w:r>
          </w:p>
        </w:tc>
      </w:tr>
      <w:tr>
        <w:tc>
          <w:tcPr>
            <w:tcW w:type="dxa" w:w="2880"/>
          </w:tcPr>
          <w:p>
            <w:r>
              <w:t>Ужин 19:00</w:t>
            </w:r>
          </w:p>
        </w:tc>
        <w:tc>
          <w:tcPr>
            <w:tcW w:type="dxa" w:w="2880"/>
          </w:tcPr>
          <w:p>
            <w:r>
              <w:t>Горбуша 150 г + овощи на пару + гречка 60 г</w:t>
            </w:r>
          </w:p>
        </w:tc>
        <w:tc>
          <w:tcPr>
            <w:tcW w:type="dxa" w:w="2880"/>
          </w:tcPr>
          <w:p>
            <w:r>
              <w:t>420 ккал · Б38/Ж12/У38</w:t>
            </w:r>
          </w:p>
        </w:tc>
      </w:tr>
    </w:tbl>
    <w:p/>
    <w:p>
      <w:pPr>
        <w:pStyle w:val="Heading1"/>
      </w:pPr>
      <w:r>
        <w:t>Среда</w:t>
      </w:r>
    </w:p>
    <w:p>
      <w:r>
        <w:rPr>
          <w:b/>
        </w:rPr>
        <w:t>Итого: 1830 ккал · Б 125 г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Приём</w:t>
            </w:r>
          </w:p>
        </w:tc>
        <w:tc>
          <w:tcPr>
            <w:tcW w:type="dxa" w:w="2880"/>
          </w:tcPr>
          <w:p>
            <w:r>
              <w:t>Блюдо</w:t>
            </w:r>
          </w:p>
        </w:tc>
        <w:tc>
          <w:tcPr>
            <w:tcW w:type="dxa" w:w="2880"/>
          </w:tcPr>
          <w:p>
            <w:r>
              <w:t>КБЖУ</w:t>
            </w:r>
          </w:p>
        </w:tc>
      </w:tr>
      <w:tr>
        <w:tc>
          <w:tcPr>
            <w:tcW w:type="dxa" w:w="2880"/>
          </w:tcPr>
          <w:p>
            <w:r>
              <w:t>Завтрак 8:00</w:t>
            </w:r>
          </w:p>
        </w:tc>
        <w:tc>
          <w:tcPr>
            <w:tcW w:type="dxa" w:w="2880"/>
          </w:tcPr>
          <w:p>
            <w:r>
              <w:t>Творог 5% 200 г + банан + корица</w:t>
            </w:r>
          </w:p>
        </w:tc>
        <w:tc>
          <w:tcPr>
            <w:tcW w:type="dxa" w:w="2880"/>
          </w:tcPr>
          <w:p>
            <w:r>
              <w:t>320 ккал · Б30/Ж8/У32</w:t>
            </w:r>
          </w:p>
        </w:tc>
      </w:tr>
      <w:tr>
        <w:tc>
          <w:tcPr>
            <w:tcW w:type="dxa" w:w="2880"/>
          </w:tcPr>
          <w:p>
            <w:r>
              <w:t>Перекус 11:00</w:t>
            </w:r>
          </w:p>
        </w:tc>
        <w:tc>
          <w:tcPr>
            <w:tcW w:type="dxa" w:w="2880"/>
          </w:tcPr>
          <w:p>
            <w:r>
              <w:t>Орехи 20 г + чай без сахара</w:t>
            </w:r>
          </w:p>
        </w:tc>
        <w:tc>
          <w:tcPr>
            <w:tcW w:type="dxa" w:w="2880"/>
          </w:tcPr>
          <w:p>
            <w:r>
              <w:t>130 ккал · Б4/Ж11/У4</w:t>
            </w:r>
          </w:p>
        </w:tc>
      </w:tr>
      <w:tr>
        <w:tc>
          <w:tcPr>
            <w:tcW w:type="dxa" w:w="2880"/>
          </w:tcPr>
          <w:p>
            <w:r>
              <w:t>Обед 14:00</w:t>
            </w:r>
          </w:p>
        </w:tc>
        <w:tc>
          <w:tcPr>
            <w:tcW w:type="dxa" w:w="2880"/>
          </w:tcPr>
          <w:p>
            <w:r>
              <w:t>Куриная грудка 180 г + гречка 90 г + салат</w:t>
            </w:r>
          </w:p>
        </w:tc>
        <w:tc>
          <w:tcPr>
            <w:tcW w:type="dxa" w:w="2880"/>
          </w:tcPr>
          <w:p>
            <w:r>
              <w:t>520 ккал · Б48/Ж10/У55</w:t>
            </w:r>
          </w:p>
        </w:tc>
      </w:tr>
      <w:tr>
        <w:tc>
          <w:tcPr>
            <w:tcW w:type="dxa" w:w="2880"/>
          </w:tcPr>
          <w:p>
            <w:r>
              <w:t>Полдник 17:00</w:t>
            </w:r>
          </w:p>
        </w:tc>
        <w:tc>
          <w:tcPr>
            <w:tcW w:type="dxa" w:w="2880"/>
          </w:tcPr>
          <w:p>
            <w:r>
              <w:t>Яблоко + йогурт 150 мл</w:t>
            </w:r>
          </w:p>
        </w:tc>
        <w:tc>
          <w:tcPr>
            <w:tcW w:type="dxa" w:w="2880"/>
          </w:tcPr>
          <w:p>
            <w:r>
              <w:t>140 ккал · Б6/Ж3/У22</w:t>
            </w:r>
          </w:p>
        </w:tc>
      </w:tr>
      <w:tr>
        <w:tc>
          <w:tcPr>
            <w:tcW w:type="dxa" w:w="2880"/>
          </w:tcPr>
          <w:p>
            <w:r>
              <w:t>Ужин 19:00</w:t>
            </w:r>
          </w:p>
        </w:tc>
        <w:tc>
          <w:tcPr>
            <w:tcW w:type="dxa" w:w="2880"/>
          </w:tcPr>
          <w:p>
            <w:r>
              <w:t>Треска 160 г + картофель запечённый 150 г + овощи</w:t>
            </w:r>
          </w:p>
        </w:tc>
        <w:tc>
          <w:tcPr>
            <w:tcW w:type="dxa" w:w="2880"/>
          </w:tcPr>
          <w:p>
            <w:r>
              <w:t>400 ккал · Б35/Ж8/У45</w:t>
            </w:r>
          </w:p>
        </w:tc>
      </w:tr>
    </w:tbl>
    <w:p/>
    <w:p>
      <w:pPr>
        <w:pStyle w:val="Heading1"/>
      </w:pPr>
      <w:r>
        <w:t>Четверг</w:t>
      </w:r>
    </w:p>
    <w:p>
      <w:r>
        <w:rPr>
          <w:b/>
        </w:rPr>
        <w:t>Итого: 1860 ккал · Б 126 г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Приём</w:t>
            </w:r>
          </w:p>
        </w:tc>
        <w:tc>
          <w:tcPr>
            <w:tcW w:type="dxa" w:w="2880"/>
          </w:tcPr>
          <w:p>
            <w:r>
              <w:t>Блюдо</w:t>
            </w:r>
          </w:p>
        </w:tc>
        <w:tc>
          <w:tcPr>
            <w:tcW w:type="dxa" w:w="2880"/>
          </w:tcPr>
          <w:p>
            <w:r>
              <w:t>КБЖУ</w:t>
            </w:r>
          </w:p>
        </w:tc>
      </w:tr>
      <w:tr>
        <w:tc>
          <w:tcPr>
            <w:tcW w:type="dxa" w:w="2880"/>
          </w:tcPr>
          <w:p>
            <w:r>
              <w:t>Завтрак 8:00</w:t>
            </w:r>
          </w:p>
        </w:tc>
        <w:tc>
          <w:tcPr>
            <w:tcW w:type="dxa" w:w="2880"/>
          </w:tcPr>
          <w:p>
            <w:r>
              <w:t>Гречка 70 г + яйцо + салат из овощей</w:t>
            </w:r>
          </w:p>
        </w:tc>
        <w:tc>
          <w:tcPr>
            <w:tcW w:type="dxa" w:w="2880"/>
          </w:tcPr>
          <w:p>
            <w:r>
              <w:t>360 ккал · Б18/Ж12/У45</w:t>
            </w:r>
          </w:p>
        </w:tc>
      </w:tr>
      <w:tr>
        <w:tc>
          <w:tcPr>
            <w:tcW w:type="dxa" w:w="2880"/>
          </w:tcPr>
          <w:p>
            <w:r>
              <w:t>Перекус 11:00</w:t>
            </w:r>
          </w:p>
        </w:tc>
        <w:tc>
          <w:tcPr>
            <w:tcW w:type="dxa" w:w="2880"/>
          </w:tcPr>
          <w:p>
            <w:r>
              <w:t>Творог 100 г + ягоды</w:t>
            </w:r>
          </w:p>
        </w:tc>
        <w:tc>
          <w:tcPr>
            <w:tcW w:type="dxa" w:w="2880"/>
          </w:tcPr>
          <w:p>
            <w:r>
              <w:t>120 ккал · Б15/Ж4/У6</w:t>
            </w:r>
          </w:p>
        </w:tc>
      </w:tr>
      <w:tr>
        <w:tc>
          <w:tcPr>
            <w:tcW w:type="dxa" w:w="2880"/>
          </w:tcPr>
          <w:p>
            <w:r>
              <w:t>Обед 14:00</w:t>
            </w:r>
          </w:p>
        </w:tc>
        <w:tc>
          <w:tcPr>
            <w:tcW w:type="dxa" w:w="2880"/>
          </w:tcPr>
          <w:p>
            <w:r>
              <w:t>Суп куриный с овощами + курица 150 г + хлеб 40 г</w:t>
            </w:r>
          </w:p>
        </w:tc>
        <w:tc>
          <w:tcPr>
            <w:tcW w:type="dxa" w:w="2880"/>
          </w:tcPr>
          <w:p>
            <w:r>
              <w:t>450 ккал · Б35/Ж14/У45</w:t>
            </w:r>
          </w:p>
        </w:tc>
      </w:tr>
      <w:tr>
        <w:tc>
          <w:tcPr>
            <w:tcW w:type="dxa" w:w="2880"/>
          </w:tcPr>
          <w:p>
            <w:r>
              <w:t>Полдник 17:00</w:t>
            </w:r>
          </w:p>
        </w:tc>
        <w:tc>
          <w:tcPr>
            <w:tcW w:type="dxa" w:w="2880"/>
          </w:tcPr>
          <w:p>
            <w:r>
              <w:t>Кефир 200 мл</w:t>
            </w:r>
          </w:p>
        </w:tc>
        <w:tc>
          <w:tcPr>
            <w:tcW w:type="dxa" w:w="2880"/>
          </w:tcPr>
          <w:p>
            <w:r>
              <w:t>100 ккал · Б6/Ж3/У11</w:t>
            </w:r>
          </w:p>
        </w:tc>
      </w:tr>
      <w:tr>
        <w:tc>
          <w:tcPr>
            <w:tcW w:type="dxa" w:w="2880"/>
          </w:tcPr>
          <w:p>
            <w:r>
              <w:t>Ужин 19:00</w:t>
            </w:r>
          </w:p>
        </w:tc>
        <w:tc>
          <w:tcPr>
            <w:tcW w:type="dxa" w:w="2880"/>
          </w:tcPr>
          <w:p>
            <w:r>
              <w:t>Куриная грудка 150 г + овощи гриль</w:t>
            </w:r>
          </w:p>
        </w:tc>
        <w:tc>
          <w:tcPr>
            <w:tcW w:type="dxa" w:w="2880"/>
          </w:tcPr>
          <w:p>
            <w:r>
              <w:t>350 ккал · Б33/Ж9/У25</w:t>
            </w:r>
          </w:p>
        </w:tc>
      </w:tr>
    </w:tbl>
    <w:p/>
    <w:p>
      <w:pPr>
        <w:pStyle w:val="Heading1"/>
      </w:pPr>
      <w:r>
        <w:t>Пятница</w:t>
      </w:r>
    </w:p>
    <w:p>
      <w:r>
        <w:rPr>
          <w:b/>
        </w:rPr>
        <w:t>Итого: 1900 ккал · Б 135 г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Приём</w:t>
            </w:r>
          </w:p>
        </w:tc>
        <w:tc>
          <w:tcPr>
            <w:tcW w:type="dxa" w:w="2880"/>
          </w:tcPr>
          <w:p>
            <w:r>
              <w:t>Блюдо</w:t>
            </w:r>
          </w:p>
        </w:tc>
        <w:tc>
          <w:tcPr>
            <w:tcW w:type="dxa" w:w="2880"/>
          </w:tcPr>
          <w:p>
            <w:r>
              <w:t>КБЖУ</w:t>
            </w:r>
          </w:p>
        </w:tc>
      </w:tr>
      <w:tr>
        <w:tc>
          <w:tcPr>
            <w:tcW w:type="dxa" w:w="2880"/>
          </w:tcPr>
          <w:p>
            <w:r>
              <w:t>Завтрак 8:00</w:t>
            </w:r>
          </w:p>
        </w:tc>
        <w:tc>
          <w:tcPr>
            <w:tcW w:type="dxa" w:w="2880"/>
          </w:tcPr>
          <w:p>
            <w:r>
              <w:t>Овсяноблин (овсянка 50 г + яйцо) + творог 100 г</w:t>
            </w:r>
          </w:p>
        </w:tc>
        <w:tc>
          <w:tcPr>
            <w:tcW w:type="dxa" w:w="2880"/>
          </w:tcPr>
          <w:p>
            <w:r>
              <w:t>400 ккал · Б26/Ж16/У38</w:t>
            </w:r>
          </w:p>
        </w:tc>
      </w:tr>
      <w:tr>
        <w:tc>
          <w:tcPr>
            <w:tcW w:type="dxa" w:w="2880"/>
          </w:tcPr>
          <w:p>
            <w:r>
              <w:t>Перекус 11:00</w:t>
            </w:r>
          </w:p>
        </w:tc>
        <w:tc>
          <w:tcPr>
            <w:tcW w:type="dxa" w:w="2880"/>
          </w:tcPr>
          <w:p>
            <w:r>
              <w:t>Яблоко + арахис 15 г</w:t>
            </w:r>
          </w:p>
        </w:tc>
        <w:tc>
          <w:tcPr>
            <w:tcW w:type="dxa" w:w="2880"/>
          </w:tcPr>
          <w:p>
            <w:r>
              <w:t>150 ккал · Б4/Ж10/У12</w:t>
            </w:r>
          </w:p>
        </w:tc>
      </w:tr>
      <w:tr>
        <w:tc>
          <w:tcPr>
            <w:tcW w:type="dxa" w:w="2880"/>
          </w:tcPr>
          <w:p>
            <w:r>
              <w:t>Обед 14:00</w:t>
            </w:r>
          </w:p>
        </w:tc>
        <w:tc>
          <w:tcPr>
            <w:tcW w:type="dxa" w:w="2880"/>
          </w:tcPr>
          <w:p>
            <w:r>
              <w:t>Лосось 150 г + киноа 80 г + овощи</w:t>
            </w:r>
          </w:p>
        </w:tc>
        <w:tc>
          <w:tcPr>
            <w:tcW w:type="dxa" w:w="2880"/>
          </w:tcPr>
          <w:p>
            <w:r>
              <w:t>520 ккал · Б40/Ж20/У42</w:t>
            </w:r>
          </w:p>
        </w:tc>
      </w:tr>
      <w:tr>
        <w:tc>
          <w:tcPr>
            <w:tcW w:type="dxa" w:w="2880"/>
          </w:tcPr>
          <w:p>
            <w:r>
              <w:t>Полдник 17:00</w:t>
            </w:r>
          </w:p>
        </w:tc>
        <w:tc>
          <w:tcPr>
            <w:tcW w:type="dxa" w:w="2880"/>
          </w:tcPr>
          <w:p>
            <w:r>
              <w:t>Йогурт 150 мл</w:t>
            </w:r>
          </w:p>
        </w:tc>
        <w:tc>
          <w:tcPr>
            <w:tcW w:type="dxa" w:w="2880"/>
          </w:tcPr>
          <w:p>
            <w:r>
              <w:t>100 ккал · Б5/Ж3/У12</w:t>
            </w:r>
          </w:p>
        </w:tc>
      </w:tr>
      <w:tr>
        <w:tc>
          <w:tcPr>
            <w:tcW w:type="dxa" w:w="2880"/>
          </w:tcPr>
          <w:p>
            <w:r>
              <w:t>Ужин 19:00</w:t>
            </w:r>
          </w:p>
        </w:tc>
        <w:tc>
          <w:tcPr>
            <w:tcW w:type="dxa" w:w="2880"/>
          </w:tcPr>
          <w:p>
            <w:r>
              <w:t>Индейка 180 г + тушёная капуста</w:t>
            </w:r>
          </w:p>
        </w:tc>
        <w:tc>
          <w:tcPr>
            <w:tcW w:type="dxa" w:w="2880"/>
          </w:tcPr>
          <w:p>
            <w:r>
              <w:t>380 ккал · Б42/Ж12/У22</w:t>
            </w:r>
          </w:p>
        </w:tc>
      </w:tr>
    </w:tbl>
    <w:p/>
    <w:p>
      <w:pPr>
        <w:pStyle w:val="Heading1"/>
      </w:pPr>
      <w:r>
        <w:t>Суббота</w:t>
      </w:r>
    </w:p>
    <w:p>
      <w:r>
        <w:rPr>
          <w:b/>
        </w:rPr>
        <w:t>Итого: 1840 ккал · Б 120 г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Приём</w:t>
            </w:r>
          </w:p>
        </w:tc>
        <w:tc>
          <w:tcPr>
            <w:tcW w:type="dxa" w:w="2880"/>
          </w:tcPr>
          <w:p>
            <w:r>
              <w:t>Блюдо</w:t>
            </w:r>
          </w:p>
        </w:tc>
        <w:tc>
          <w:tcPr>
            <w:tcW w:type="dxa" w:w="2880"/>
          </w:tcPr>
          <w:p>
            <w:r>
              <w:t>КБЖУ</w:t>
            </w:r>
          </w:p>
        </w:tc>
      </w:tr>
      <w:tr>
        <w:tc>
          <w:tcPr>
            <w:tcW w:type="dxa" w:w="2880"/>
          </w:tcPr>
          <w:p>
            <w:r>
              <w:t>Завтрак 8:00</w:t>
            </w:r>
          </w:p>
        </w:tc>
        <w:tc>
          <w:tcPr>
            <w:tcW w:type="dxa" w:w="2880"/>
          </w:tcPr>
          <w:p>
            <w:r>
              <w:t>Яйца 2 шт + авокадо 50 г + хлеб 40 г</w:t>
            </w:r>
          </w:p>
        </w:tc>
        <w:tc>
          <w:tcPr>
            <w:tcW w:type="dxa" w:w="2880"/>
          </w:tcPr>
          <w:p>
            <w:r>
              <w:t>380 ккал · Б20/Ж22/У24</w:t>
            </w:r>
          </w:p>
        </w:tc>
      </w:tr>
      <w:tr>
        <w:tc>
          <w:tcPr>
            <w:tcW w:type="dxa" w:w="2880"/>
          </w:tcPr>
          <w:p>
            <w:r>
              <w:t>Перекус 11:00</w:t>
            </w:r>
          </w:p>
        </w:tc>
        <w:tc>
          <w:tcPr>
            <w:tcW w:type="dxa" w:w="2880"/>
          </w:tcPr>
          <w:p>
            <w:r>
              <w:t>Творог 5% 150 г</w:t>
            </w:r>
          </w:p>
        </w:tc>
        <w:tc>
          <w:tcPr>
            <w:tcW w:type="dxa" w:w="2880"/>
          </w:tcPr>
          <w:p>
            <w:r>
              <w:t>170 ккал · Б20/Ж6/У8</w:t>
            </w:r>
          </w:p>
        </w:tc>
      </w:tr>
      <w:tr>
        <w:tc>
          <w:tcPr>
            <w:tcW w:type="dxa" w:w="2880"/>
          </w:tcPr>
          <w:p>
            <w:r>
              <w:t>Обед 14:00</w:t>
            </w:r>
          </w:p>
        </w:tc>
        <w:tc>
          <w:tcPr>
            <w:tcW w:type="dxa" w:w="2880"/>
          </w:tcPr>
          <w:p>
            <w:r>
              <w:t>Борщ на курином бульоне + курица 150 г + сметана 10% 15 г</w:t>
            </w:r>
          </w:p>
        </w:tc>
        <w:tc>
          <w:tcPr>
            <w:tcW w:type="dxa" w:w="2880"/>
          </w:tcPr>
          <w:p>
            <w:r>
              <w:t>450 ккал · Б34/Ж16/У42</w:t>
            </w:r>
          </w:p>
        </w:tc>
      </w:tr>
      <w:tr>
        <w:tc>
          <w:tcPr>
            <w:tcW w:type="dxa" w:w="2880"/>
          </w:tcPr>
          <w:p>
            <w:r>
              <w:t>Полдник 17:00</w:t>
            </w:r>
          </w:p>
        </w:tc>
        <w:tc>
          <w:tcPr>
            <w:tcW w:type="dxa" w:w="2880"/>
          </w:tcPr>
          <w:p>
            <w:r>
              <w:t>Орехи 20 г</w:t>
            </w:r>
          </w:p>
        </w:tc>
        <w:tc>
          <w:tcPr>
            <w:tcW w:type="dxa" w:w="2880"/>
          </w:tcPr>
          <w:p>
            <w:r>
              <w:t>130 ккал · Б4/Ж11/У4</w:t>
            </w:r>
          </w:p>
        </w:tc>
      </w:tr>
      <w:tr>
        <w:tc>
          <w:tcPr>
            <w:tcW w:type="dxa" w:w="2880"/>
          </w:tcPr>
          <w:p>
            <w:r>
              <w:t>Ужин 19:00</w:t>
            </w:r>
          </w:p>
        </w:tc>
        <w:tc>
          <w:tcPr>
            <w:tcW w:type="dxa" w:w="2880"/>
          </w:tcPr>
          <w:p>
            <w:r>
              <w:t>Куриное филе 150 г + запечённые овощи</w:t>
            </w:r>
          </w:p>
        </w:tc>
        <w:tc>
          <w:tcPr>
            <w:tcW w:type="dxa" w:w="2880"/>
          </w:tcPr>
          <w:p>
            <w:r>
              <w:t>340 ккал · Б32/Ж8/У30</w:t>
            </w:r>
          </w:p>
        </w:tc>
      </w:tr>
    </w:tbl>
    <w:p/>
    <w:p>
      <w:pPr>
        <w:pStyle w:val="Heading1"/>
      </w:pPr>
      <w:r>
        <w:t>Воскресенье</w:t>
      </w:r>
    </w:p>
    <w:p>
      <w:r>
        <w:rPr>
          <w:b/>
        </w:rPr>
        <w:t>Итого: 1870 ккал · Б 130 г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Приём</w:t>
            </w:r>
          </w:p>
        </w:tc>
        <w:tc>
          <w:tcPr>
            <w:tcW w:type="dxa" w:w="2880"/>
          </w:tcPr>
          <w:p>
            <w:r>
              <w:t>Блюдо</w:t>
            </w:r>
          </w:p>
        </w:tc>
        <w:tc>
          <w:tcPr>
            <w:tcW w:type="dxa" w:w="2880"/>
          </w:tcPr>
          <w:p>
            <w:r>
              <w:t>КБЖУ</w:t>
            </w:r>
          </w:p>
        </w:tc>
      </w:tr>
      <w:tr>
        <w:tc>
          <w:tcPr>
            <w:tcW w:type="dxa" w:w="2880"/>
          </w:tcPr>
          <w:p>
            <w:r>
              <w:t>Завтрак 8:00</w:t>
            </w:r>
          </w:p>
        </w:tc>
        <w:tc>
          <w:tcPr>
            <w:tcW w:type="dxa" w:w="2880"/>
          </w:tcPr>
          <w:p>
            <w:r>
              <w:t>Сырники из творога 200 г + сметана 10% 20 г</w:t>
            </w:r>
          </w:p>
        </w:tc>
        <w:tc>
          <w:tcPr>
            <w:tcW w:type="dxa" w:w="2880"/>
          </w:tcPr>
          <w:p>
            <w:r>
              <w:t>420 ккал · Б34/Ж16/У36</w:t>
            </w:r>
          </w:p>
        </w:tc>
      </w:tr>
      <w:tr>
        <w:tc>
          <w:tcPr>
            <w:tcW w:type="dxa" w:w="2880"/>
          </w:tcPr>
          <w:p>
            <w:r>
              <w:t>Перекус 11:00</w:t>
            </w:r>
          </w:p>
        </w:tc>
        <w:tc>
          <w:tcPr>
            <w:tcW w:type="dxa" w:w="2880"/>
          </w:tcPr>
          <w:p>
            <w:r>
              <w:t>Груша + миндаль 15 г</w:t>
            </w:r>
          </w:p>
        </w:tc>
        <w:tc>
          <w:tcPr>
            <w:tcW w:type="dxa" w:w="2880"/>
          </w:tcPr>
          <w:p>
            <w:r>
              <w:t>150 ккал · Б4/Ж10/У12</w:t>
            </w:r>
          </w:p>
        </w:tc>
      </w:tr>
      <w:tr>
        <w:tc>
          <w:tcPr>
            <w:tcW w:type="dxa" w:w="2880"/>
          </w:tcPr>
          <w:p>
            <w:r>
              <w:t>Обед 14:00</w:t>
            </w:r>
          </w:p>
        </w:tc>
        <w:tc>
          <w:tcPr>
            <w:tcW w:type="dxa" w:w="2880"/>
          </w:tcPr>
          <w:p>
            <w:r>
              <w:t>Говядина 150 г + гречка 90 г + салат</w:t>
            </w:r>
          </w:p>
        </w:tc>
        <w:tc>
          <w:tcPr>
            <w:tcW w:type="dxa" w:w="2880"/>
          </w:tcPr>
          <w:p>
            <w:r>
              <w:t>540 ккал · Б42/Ж18/У50</w:t>
            </w:r>
          </w:p>
        </w:tc>
      </w:tr>
      <w:tr>
        <w:tc>
          <w:tcPr>
            <w:tcW w:type="dxa" w:w="2880"/>
          </w:tcPr>
          <w:p>
            <w:r>
              <w:t>Полдник 17:00</w:t>
            </w:r>
          </w:p>
        </w:tc>
        <w:tc>
          <w:tcPr>
            <w:tcW w:type="dxa" w:w="2880"/>
          </w:tcPr>
          <w:p>
            <w:r>
              <w:t>Кефир 200 мл</w:t>
            </w:r>
          </w:p>
        </w:tc>
        <w:tc>
          <w:tcPr>
            <w:tcW w:type="dxa" w:w="2880"/>
          </w:tcPr>
          <w:p>
            <w:r>
              <w:t>100 ккал · Б6/Ж3/У11</w:t>
            </w:r>
          </w:p>
        </w:tc>
      </w:tr>
      <w:tr>
        <w:tc>
          <w:tcPr>
            <w:tcW w:type="dxa" w:w="2880"/>
          </w:tcPr>
          <w:p>
            <w:r>
              <w:t>Ужин 19:00</w:t>
            </w:r>
          </w:p>
        </w:tc>
        <w:tc>
          <w:tcPr>
            <w:tcW w:type="dxa" w:w="2880"/>
          </w:tcPr>
          <w:p>
            <w:r>
              <w:t>Рыба белая 180 г + овощи на пару</w:t>
            </w:r>
          </w:p>
        </w:tc>
        <w:tc>
          <w:tcPr>
            <w:tcW w:type="dxa" w:w="2880"/>
          </w:tcPr>
          <w:p>
            <w:r>
              <w:t>320 ккал · Б36/Ж6/У18</w:t>
            </w:r>
          </w:p>
        </w:tc>
      </w:tr>
    </w:tbl>
    <w:p/>
    <w:p>
      <w:pPr>
        <w:pStyle w:val="Heading1"/>
      </w:pPr>
      <w:r>
        <w:t>Список покупок на неделю</w:t>
      </w:r>
    </w:p>
    <w:p>
      <w:r>
        <w:rPr>
          <w:b/>
        </w:rPr>
        <w:t xml:space="preserve">Белки: </w:t>
      </w:r>
      <w:r>
        <w:t>куриное филе ~1 кг, куриный фарш 200 г, индейка 400 г, говядина 300 г, горбуша 150 г, лосось 150 г, треска 160 г, рыба белая 200 г, яйца 12 шт, творог 5% 700 г, греческий йогурт ~500 г, кефир 550 мл, йогурт 300 мл</w:t>
      </w:r>
    </w:p>
    <w:p>
      <w:r>
        <w:rPr>
          <w:b/>
        </w:rPr>
        <w:t xml:space="preserve">Крупы и хлеб: </w:t>
      </w:r>
      <w:r>
        <w:t>овсянка 200 г, гречка 350 г, киноа 80 г, булгур/рис по желанию, хлеб цельнозерновой, отруби, тесто фило (для рулета)</w:t>
      </w:r>
    </w:p>
    <w:p>
      <w:r>
        <w:rPr>
          <w:b/>
        </w:rPr>
        <w:t xml:space="preserve">Овощи и фрукты: </w:t>
      </w:r>
      <w:r>
        <w:t>кабачок 200 г, помидоры 200 г, перец болгарский 200 г, огурцы, капуста, морковь, лук, зелень, картофель 300 г, авокадо 1 шт, яблоки 4 шт, груши 2 шт, банан 1 шт, ягоды 300 г (замороженные ок)</w:t>
      </w:r>
    </w:p>
    <w:p>
      <w:r>
        <w:rPr>
          <w:b/>
        </w:rPr>
        <w:t xml:space="preserve">Прочее: </w:t>
      </w:r>
      <w:r>
        <w:t>сливочный сыр 50 г, сметана 10% 35 г, орехи (миндаль/арахис) ~100 г, соевый соус, специи, соль, сахарозаменитель (стевия)</w:t>
      </w:r>
    </w:p>
    <w:p>
      <w:pPr>
        <w:pStyle w:val="Heading1"/>
      </w:pPr>
      <w:r>
        <w:t>Мои 37 видео-рецептов (на Диске)</w:t>
      </w:r>
    </w:p>
    <w:p>
      <w:r>
        <w:t>Альбом «26 апреля 2026 – 6 августа 2026» на твоём Яндекс Диске (Храм, папка автозагрузки) — 37 сохранённых роликов @razvedenki_na_pp с рецептами. Это видео-инструкции: смотри их при готовке.</w:t>
      </w:r>
    </w:p>
    <w:p>
      <w:r>
        <w:t>Из этих видео уже отобраны 4 рецепта с точным КБЖУ (см. ниже): сырно-кабачковый крем-суп, курино-творожная запеканка, рулет из теста фило, ПП-торт с ягодами. Остальные 33 ролика — блюда в том же стиле (тесто, котлеты, лазанья, блины, салаты, супы, запеканки); разбор ингредиентов каждого — по запросу (это отдельная длительная работа по просмотру видео).</w:t>
      </w:r>
    </w:p>
    <w:p>
      <w:r>
        <w:t>Официальный бесплатный рацион «Разведёнок» (2 дня, 1300 ккал) — по ссылке в шапке их профиля (Telegram-канал «РАЦИОН НА 2 ДНЯ»).</w:t>
      </w:r>
    </w:p>
    <w:p>
      <w:pPr>
        <w:pStyle w:val="Heading1"/>
      </w:pPr>
      <w:r>
        <w:t>Правила</w:t>
      </w:r>
    </w:p>
    <w:p>
      <w:pPr>
        <w:pStyle w:val="ListBullet"/>
      </w:pPr>
      <w:r>
        <w:t>Ужин до 19:30–20:00, после — только вода или травяной чай</w:t>
      </w:r>
    </w:p>
    <w:p>
      <w:pPr>
        <w:pStyle w:val="ListBullet"/>
      </w:pPr>
      <w:r>
        <w:t>Вода 2 л/день: стакан за 20 мин до еды</w:t>
      </w:r>
    </w:p>
    <w:p>
      <w:pPr>
        <w:pStyle w:val="ListBullet"/>
      </w:pPr>
      <w:r>
        <w:t>Овощи в обед и ужин — без ограничений (кроме картофеля)</w:t>
      </w:r>
    </w:p>
    <w:p>
      <w:pPr>
        <w:pStyle w:val="ListBullet"/>
      </w:pPr>
      <w:r>
        <w:t>Жарить без масла (гриль, антипригарная сковорода, духовка)</w:t>
      </w:r>
    </w:p>
    <w:p>
      <w:pPr>
        <w:pStyle w:val="ListBullet"/>
      </w:pPr>
      <w:r>
        <w:t>Срыв — не страшно: следующий приём снова по плану</w:t>
      </w:r>
    </w:p>
    <w:p>
      <w:pPr>
        <w:pStyle w:val="ListBullet"/>
      </w:pPr>
      <w:r>
        <w:t>Весы раз в неделю утром натощак: фиксируй, я буду следить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