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Уборка комнаты за 30 минут</w:t>
      </w:r>
    </w:p>
    <w:p>
      <w:r>
        <w:rPr>
          <w:i/>
        </w:rPr>
        <w:t>Чек-лист с таймингом · сортировка смешанных вещей (мужские + женские)</w:t>
      </w:r>
    </w:p>
    <w:p>
      <w:pPr>
        <w:pStyle w:val="Heading1"/>
      </w:pPr>
      <w:r>
        <w:t>ЭТАП 1 · Подготовка зон (3 мин)</w:t>
      </w:r>
    </w:p>
    <w:p>
      <w:pPr>
        <w:pStyle w:val="ListBullet"/>
      </w:pPr>
      <w:r>
        <w:t>Включи таймер на 30 минут и музыку</w:t>
      </w:r>
    </w:p>
    <w:p>
      <w:pPr>
        <w:pStyle w:val="ListBullet"/>
      </w:pPr>
      <w:r>
        <w:t>Поставь 4 приёмника: ① МУЖСКОЕ ② ЖЕНСКОЕ ③ В СТИРКУ ④ НЕ ОДЕЖДА</w:t>
      </w:r>
    </w:p>
    <w:p>
      <w:pPr>
        <w:pStyle w:val="ListBullet"/>
      </w:pPr>
      <w:r>
        <w:t>Пакет для мусора — в руку</w:t>
      </w:r>
    </w:p>
    <w:p>
      <w:pPr>
        <w:pStyle w:val="Heading1"/>
      </w:pPr>
      <w:r>
        <w:t>ЭТАП 2 · Главный проход: 1 взгляд — 1 бросок (10–15 мин)</w:t>
      </w:r>
    </w:p>
    <w:p>
      <w:pPr>
        <w:pStyle w:val="ListBullet"/>
      </w:pPr>
      <w:r>
        <w:t>Берёшь вещь → решаешь за 2 секунды: ЧЬЁ? ЧИСТОЕ? ЭТО ОДЕЖДА?</w:t>
      </w:r>
    </w:p>
    <w:p>
      <w:pPr>
        <w:pStyle w:val="ListBullet"/>
      </w:pPr>
      <w:r>
        <w:t>Чистое → в пакет владельца · грязное → «В СТИРКУ» · не одежда → «НЕ ОДЕЖДА»</w:t>
      </w:r>
    </w:p>
    <w:p>
      <w:pPr>
        <w:pStyle w:val="ListBullet"/>
      </w:pPr>
      <w:r>
        <w:t>НЕ раскладывай, НЕ складывай, НЕ мерь, НЕ примеряй</w:t>
      </w:r>
    </w:p>
    <w:p>
      <w:pPr>
        <w:pStyle w:val="ListBullet"/>
      </w:pPr>
      <w:r>
        <w:t>Двигайся по кругу по комнате, мусор — сразу в пакет</w:t>
      </w:r>
    </w:p>
    <w:p>
      <w:pPr>
        <w:pStyle w:val="ListBullet"/>
      </w:pPr>
      <w:r>
        <w:t>Сомневаешься, чьё — по размеру/цвету, 1 секунда</w:t>
      </w:r>
    </w:p>
    <w:p>
      <w:pPr>
        <w:pStyle w:val="Heading1"/>
      </w:pPr>
      <w:r>
        <w:t>ЭТАП 3 · Разбор в гардеробной (10–15 мин)</w:t>
      </w:r>
    </w:p>
    <w:p>
      <w:pPr>
        <w:pStyle w:val="ListBullet"/>
      </w:pPr>
      <w:r>
        <w:t>МУЖСКОЕ → плечики: рубашки, пиджаки, пальто (2 сек на вещь)</w:t>
      </w:r>
    </w:p>
    <w:p>
      <w:pPr>
        <w:pStyle w:val="ListBullet"/>
      </w:pPr>
      <w:r>
        <w:t>Стопками на полки: футболки, свитера, джинсы (не гладить, стопки по 10)</w:t>
      </w:r>
    </w:p>
    <w:p>
      <w:pPr>
        <w:pStyle w:val="ListBullet"/>
      </w:pPr>
      <w:r>
        <w:t>Нижнее и носки → просто в ящик, без сортировки</w:t>
      </w:r>
    </w:p>
    <w:p>
      <w:pPr>
        <w:pStyle w:val="ListBullet"/>
      </w:pPr>
      <w:r>
        <w:t>ЖЕНСКОЕ → если время поджимает: пакетом в гардеробную, жена разберёт сама</w:t>
      </w:r>
    </w:p>
    <w:p>
      <w:pPr>
        <w:pStyle w:val="Heading1"/>
      </w:pPr>
      <w:r>
        <w:t>ЭТАП 4 · Финал (5 мин)</w:t>
      </w:r>
    </w:p>
    <w:p>
      <w:pPr>
        <w:pStyle w:val="ListBullet"/>
      </w:pPr>
      <w:r>
        <w:t>Пакет «В СТИРКУ» → к стиральной машине</w:t>
      </w:r>
    </w:p>
    <w:p>
      <w:pPr>
        <w:pStyle w:val="ListBullet"/>
      </w:pPr>
      <w:r>
        <w:t>Корзину «НЕ ОДЕЖДА» → разнести по местам (по 3 вещи за раз)</w:t>
      </w:r>
    </w:p>
    <w:p>
      <w:pPr>
        <w:pStyle w:val="ListBullet"/>
      </w:pPr>
      <w:r>
        <w:t>Заправить кровать</w:t>
      </w:r>
    </w:p>
    <w:p>
      <w:pPr>
        <w:pStyle w:val="ListBullet"/>
      </w:pPr>
      <w:r>
        <w:t>Пройтись по полу (пылесос/веник)</w:t>
      </w:r>
    </w:p>
    <w:p>
      <w:pPr>
        <w:pStyle w:val="ListBullet"/>
      </w:pPr>
      <w:r>
        <w:t>Проветрить комнату 2–3 минуты</w:t>
      </w:r>
    </w:p>
    <w:p>
      <w:pPr>
        <w:pStyle w:val="Heading1"/>
      </w:pPr>
      <w:r>
        <w:t>Организация гардеробной, чтобы держать порядок</w:t>
      </w:r>
    </w:p>
    <w:p>
      <w:pPr>
        <w:pStyle w:val="ListBullet"/>
      </w:pPr>
      <w:r>
        <w:t>Буферные корзины МУЖ / ЖЕН прямо в гардеробной: вещь с пола → в корзину (5 мин), раз в неделю разложить (10 мин)</w:t>
      </w:r>
    </w:p>
    <w:p>
      <w:pPr>
        <w:pStyle w:val="ListBullet"/>
      </w:pPr>
      <w:r>
        <w:t>Зоны по полкам: подпиши полки «Мужское верхнее / Нижнее / Женское / Аксессуары»</w:t>
      </w:r>
    </w:p>
    <w:p>
      <w:pPr>
        <w:pStyle w:val="ListBullet"/>
      </w:pPr>
      <w:r>
        <w:t>Плечики только для «парадного»: рубашки, пиджаки, платья. Повседневное — стопками</w:t>
      </w:r>
    </w:p>
    <w:p>
      <w:pPr>
        <w:pStyle w:val="ListBullet"/>
      </w:pPr>
      <w:r>
        <w:t>Правило одного прикосновения: вещь взял → сразу на место, не «пока полежит»</w:t>
      </w:r>
    </w:p>
    <w:p>
      <w:pPr>
        <w:pStyle w:val="ListBullet"/>
      </w:pPr>
      <w:r>
        <w:t>Вечерний ритуал 3 минуты: кровать + вещи с кресел в корзины — утро начинается с чистоты</w:t>
      </w:r>
    </w:p>
    <w:p>
      <w:pPr>
        <w:pStyle w:val="Heading1"/>
      </w:pPr>
      <w:r>
        <w:t>Три золотых правила</w:t>
      </w:r>
    </w:p>
    <w:p>
      <w:pPr>
        <w:pStyle w:val="ListBullet"/>
      </w:pPr>
      <w:r>
        <w:t>Сверху вниз — пыль и порядок делай от высокого к низкому</w:t>
      </w:r>
    </w:p>
    <w:p>
      <w:pPr>
        <w:pStyle w:val="ListBullet"/>
      </w:pPr>
      <w:r>
        <w:t>Не перекладывай — каждая вещь касается рук максимум 2 раза</w:t>
      </w:r>
    </w:p>
    <w:p>
      <w:pPr>
        <w:pStyle w:val="ListBullet"/>
      </w:pPr>
      <w:r>
        <w:t>Таймер — закон: закончил 30 минут — стоп, не зависай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