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Постный рацион на 7 дней</w:t>
      </w:r>
    </w:p>
    <w:p>
      <w:pPr>
        <w:jc w:val="center"/>
      </w:pPr>
      <w:r>
        <w:rPr>
          <w:b/>
          <w:sz w:val="28"/>
        </w:rPr>
        <w:t>Успенский пост · 14–27 августа 2026</w:t>
      </w:r>
    </w:p>
    <w:p>
      <w:pPr>
        <w:jc w:val="center"/>
      </w:pPr>
      <w:r>
        <w:rPr>
          <w:sz w:val="20"/>
        </w:rPr>
        <w:t>Персонально для Михаила Смирнова · 46 лет · 182 см · 136 кг · цель −7–14 кг за 3 месяца</w:t>
      </w:r>
    </w:p>
    <w:p>
      <w:pPr>
        <w:jc w:val="center"/>
      </w:pPr>
      <w:r>
        <w:rPr>
          <w:i/>
          <w:sz w:val="20"/>
        </w:rPr>
        <w:t>Норма: 1800–1900 ккал/день · вода 2 л · сахар и сладкие напитки исключены</w:t>
        <w:br/>
        <w:t>Правило поста: рыба и морепродукты — во все дни, кроме среды и пятницы</w:t>
      </w:r>
    </w:p>
    <w:p>
      <w:pPr>
        <w:pStyle w:val="Heading1"/>
      </w:pPr>
      <w:r>
        <w:t>Пятница 14.08 (постный день)</w:t>
      </w:r>
    </w:p>
    <w:p>
      <w:r>
        <w:rPr>
          <w:b/>
        </w:rPr>
        <w:t>Итого: 1821 ккал · Б 84 г · Ж 46 г · У 278 г</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Приём</w:t>
            </w:r>
          </w:p>
        </w:tc>
        <w:tc>
          <w:tcPr>
            <w:tcW w:type="dxa" w:w="2880"/>
          </w:tcPr>
          <w:p>
            <w:r>
              <w:rPr>
                <w:b/>
              </w:rPr>
              <w:t>Блюдо</w:t>
            </w:r>
          </w:p>
        </w:tc>
        <w:tc>
          <w:tcPr>
            <w:tcW w:type="dxa" w:w="2880"/>
          </w:tcPr>
          <w:p>
            <w:r>
              <w:rPr>
                <w:b/>
              </w:rPr>
              <w:t>КБЖУ</w:t>
            </w:r>
          </w:p>
        </w:tc>
      </w:tr>
      <w:tr>
        <w:tc>
          <w:tcPr>
            <w:tcW w:type="dxa" w:w="2880"/>
          </w:tcPr>
          <w:p>
            <w:r>
              <w:t>Завтрак 8:00</w:t>
            </w:r>
          </w:p>
        </w:tc>
        <w:tc>
          <w:tcPr>
            <w:tcW w:type="dxa" w:w="2880"/>
          </w:tcPr>
          <w:p>
            <w:r>
              <w:t>овсянка 60 г + соевое молоко 150 г + яблоко 170 г + миндаль 15 г</w:t>
            </w:r>
          </w:p>
        </w:tc>
        <w:tc>
          <w:tcPr>
            <w:tcW w:type="dxa" w:w="2880"/>
          </w:tcPr>
          <w:p>
            <w:r>
              <w:t>453 ккал · Б15/Ж14/У68</w:t>
            </w:r>
          </w:p>
        </w:tc>
      </w:tr>
      <w:tr>
        <w:tc>
          <w:tcPr>
            <w:tcW w:type="dxa" w:w="2880"/>
          </w:tcPr>
          <w:p>
            <w:r>
              <w:t>Перекус 11:00</w:t>
            </w:r>
          </w:p>
        </w:tc>
        <w:tc>
          <w:tcPr>
            <w:tcW w:type="dxa" w:w="2880"/>
          </w:tcPr>
          <w:p>
            <w:r>
              <w:t>хумус 50 г + морковь 120 г</w:t>
            </w:r>
          </w:p>
        </w:tc>
        <w:tc>
          <w:tcPr>
            <w:tcW w:type="dxa" w:w="2880"/>
          </w:tcPr>
          <w:p>
            <w:r>
              <w:t>125 ккал · Б5/Ж5/У15</w:t>
            </w:r>
          </w:p>
        </w:tc>
      </w:tr>
      <w:tr>
        <w:tc>
          <w:tcPr>
            <w:tcW w:type="dxa" w:w="2880"/>
          </w:tcPr>
          <w:p>
            <w:r>
              <w:t>Обед 14:00</w:t>
            </w:r>
          </w:p>
        </w:tc>
        <w:tc>
          <w:tcPr>
            <w:tcW w:type="dxa" w:w="2880"/>
          </w:tcPr>
          <w:p>
            <w:r>
              <w:t>чечевица 80 г + картофель 120 г + морковь 60 г + лук 40 г + масло 5 г + хлеб цельнозерновой 40 г</w:t>
            </w:r>
          </w:p>
        </w:tc>
        <w:tc>
          <w:tcPr>
            <w:tcW w:type="dxa" w:w="2880"/>
          </w:tcPr>
          <w:p>
            <w:r>
              <w:t>510 ккал · Б26/Ж8/У84</w:t>
            </w:r>
          </w:p>
        </w:tc>
      </w:tr>
      <w:tr>
        <w:tc>
          <w:tcPr>
            <w:tcW w:type="dxa" w:w="2880"/>
          </w:tcPr>
          <w:p>
            <w:r>
              <w:t>Полдник 17:00</w:t>
            </w:r>
          </w:p>
        </w:tc>
        <w:tc>
          <w:tcPr>
            <w:tcW w:type="dxa" w:w="2880"/>
          </w:tcPr>
          <w:p>
            <w:r>
              <w:t>соевый йогурт 150 г + ягоды 100 г</w:t>
            </w:r>
          </w:p>
        </w:tc>
        <w:tc>
          <w:tcPr>
            <w:tcW w:type="dxa" w:w="2880"/>
          </w:tcPr>
          <w:p>
            <w:r>
              <w:t>135 ккал · Б7/Ж3/У22</w:t>
            </w:r>
          </w:p>
        </w:tc>
      </w:tr>
      <w:tr>
        <w:tc>
          <w:tcPr>
            <w:tcW w:type="dxa" w:w="2880"/>
          </w:tcPr>
          <w:p>
            <w:r>
              <w:t>Ужин 19:00</w:t>
            </w:r>
          </w:p>
        </w:tc>
        <w:tc>
          <w:tcPr>
            <w:tcW w:type="dxa" w:w="2880"/>
          </w:tcPr>
          <w:p>
            <w:r>
              <w:t>нут отварной 150 г + кабачок 150 г + перец 100 г + помидоры 100 г + масло 5 г + булгур 40 г + тофу 80 г</w:t>
            </w:r>
          </w:p>
        </w:tc>
        <w:tc>
          <w:tcPr>
            <w:tcW w:type="dxa" w:w="2880"/>
          </w:tcPr>
          <w:p>
            <w:r>
              <w:t>598 ккал · Б31/Ж16/У89</w:t>
            </w:r>
          </w:p>
        </w:tc>
      </w:tr>
    </w:tbl>
    <w:p/>
    <w:p>
      <w:pPr>
        <w:pStyle w:val="Heading1"/>
      </w:pPr>
      <w:r>
        <w:t>Суббота 15.08 (рыба)</w:t>
      </w:r>
    </w:p>
    <w:p>
      <w:r>
        <w:rPr>
          <w:b/>
        </w:rPr>
        <w:t>Итого: 1767 ккал · Б 115 г · Ж 63 г · У 203 г</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Приём</w:t>
            </w:r>
          </w:p>
        </w:tc>
        <w:tc>
          <w:tcPr>
            <w:tcW w:type="dxa" w:w="2880"/>
          </w:tcPr>
          <w:p>
            <w:r>
              <w:rPr>
                <w:b/>
              </w:rPr>
              <w:t>Блюдо</w:t>
            </w:r>
          </w:p>
        </w:tc>
        <w:tc>
          <w:tcPr>
            <w:tcW w:type="dxa" w:w="2880"/>
          </w:tcPr>
          <w:p>
            <w:r>
              <w:rPr>
                <w:b/>
              </w:rPr>
              <w:t>КБЖУ</w:t>
            </w:r>
          </w:p>
        </w:tc>
      </w:tr>
      <w:tr>
        <w:tc>
          <w:tcPr>
            <w:tcW w:type="dxa" w:w="2880"/>
          </w:tcPr>
          <w:p>
            <w:r>
              <w:t>Завтрак 8:00</w:t>
            </w:r>
          </w:p>
        </w:tc>
        <w:tc>
          <w:tcPr>
            <w:tcW w:type="dxa" w:w="2880"/>
          </w:tcPr>
          <w:p>
            <w:r>
              <w:t>гречка 70 г + грибы 100 г + лук 40 г + масло 5 г + помидоры 100 г + хлеб цельнозерновой 40 г</w:t>
            </w:r>
          </w:p>
        </w:tc>
        <w:tc>
          <w:tcPr>
            <w:tcW w:type="dxa" w:w="2880"/>
          </w:tcPr>
          <w:p>
            <w:r>
              <w:t>424 ккал · Б17/Ж10/У70</w:t>
            </w:r>
          </w:p>
        </w:tc>
      </w:tr>
      <w:tr>
        <w:tc>
          <w:tcPr>
            <w:tcW w:type="dxa" w:w="2880"/>
          </w:tcPr>
          <w:p>
            <w:r>
              <w:t>Перекус 11:00</w:t>
            </w:r>
          </w:p>
        </w:tc>
        <w:tc>
          <w:tcPr>
            <w:tcW w:type="dxa" w:w="2880"/>
          </w:tcPr>
          <w:p>
            <w:r>
              <w:t>груша 160 г + грецкие 15 г</w:t>
            </w:r>
          </w:p>
        </w:tc>
        <w:tc>
          <w:tcPr>
            <w:tcW w:type="dxa" w:w="2880"/>
          </w:tcPr>
          <w:p>
            <w:r>
              <w:t>189 ккал · Б3/Ж10/У26</w:t>
            </w:r>
          </w:p>
        </w:tc>
      </w:tr>
      <w:tr>
        <w:tc>
          <w:tcPr>
            <w:tcW w:type="dxa" w:w="2880"/>
          </w:tcPr>
          <w:p>
            <w:r>
              <w:t>Обед 14:00</w:t>
            </w:r>
          </w:p>
        </w:tc>
        <w:tc>
          <w:tcPr>
            <w:tcW w:type="dxa" w:w="2880"/>
          </w:tcPr>
          <w:p>
            <w:r>
              <w:t>треска 200 г + картофель 180 г + морковь 60 г + масло 5 г + зелень 20 г</w:t>
            </w:r>
          </w:p>
        </w:tc>
        <w:tc>
          <w:tcPr>
            <w:tcW w:type="dxa" w:w="2880"/>
          </w:tcPr>
          <w:p>
            <w:r>
              <w:t>388 ккал · Б42/Ж8/У35</w:t>
            </w:r>
          </w:p>
        </w:tc>
      </w:tr>
      <w:tr>
        <w:tc>
          <w:tcPr>
            <w:tcW w:type="dxa" w:w="2880"/>
          </w:tcPr>
          <w:p>
            <w:r>
              <w:t>Полдник 17:00</w:t>
            </w:r>
          </w:p>
        </w:tc>
        <w:tc>
          <w:tcPr>
            <w:tcW w:type="dxa" w:w="2880"/>
          </w:tcPr>
          <w:p>
            <w:r>
              <w:t>яблоко 170 г + семечки 20 г + арахис 15 г</w:t>
            </w:r>
          </w:p>
        </w:tc>
        <w:tc>
          <w:tcPr>
            <w:tcW w:type="dxa" w:w="2880"/>
          </w:tcPr>
          <w:p>
            <w:r>
              <w:t>290 ккал · Б9/Ж18/У30</w:t>
            </w:r>
          </w:p>
        </w:tc>
      </w:tr>
      <w:tr>
        <w:tc>
          <w:tcPr>
            <w:tcW w:type="dxa" w:w="2880"/>
          </w:tcPr>
          <w:p>
            <w:r>
              <w:t>Ужин 19:00</w:t>
            </w:r>
          </w:p>
        </w:tc>
        <w:tc>
          <w:tcPr>
            <w:tcW w:type="dxa" w:w="2880"/>
          </w:tcPr>
          <w:p>
            <w:r>
              <w:t>тофу 120 г + брокколи 200 г + киноа 40 г + масло 5 г + креветки 100 г</w:t>
            </w:r>
          </w:p>
        </w:tc>
        <w:tc>
          <w:tcPr>
            <w:tcW w:type="dxa" w:w="2880"/>
          </w:tcPr>
          <w:p>
            <w:r>
              <w:t>476 ккал · Б44/Ж17/У42</w:t>
            </w:r>
          </w:p>
        </w:tc>
      </w:tr>
    </w:tbl>
    <w:p/>
    <w:p>
      <w:pPr>
        <w:pStyle w:val="Heading1"/>
      </w:pPr>
      <w:r>
        <w:t>Воскресенье 16.08 (рыба)</w:t>
      </w:r>
    </w:p>
    <w:p>
      <w:r>
        <w:rPr>
          <w:b/>
        </w:rPr>
        <w:t>Итого: 1933 ккал · Б 111 г · Ж 62 г · У 243 г</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Приём</w:t>
            </w:r>
          </w:p>
        </w:tc>
        <w:tc>
          <w:tcPr>
            <w:tcW w:type="dxa" w:w="2880"/>
          </w:tcPr>
          <w:p>
            <w:r>
              <w:rPr>
                <w:b/>
              </w:rPr>
              <w:t>Блюдо</w:t>
            </w:r>
          </w:p>
        </w:tc>
        <w:tc>
          <w:tcPr>
            <w:tcW w:type="dxa" w:w="2880"/>
          </w:tcPr>
          <w:p>
            <w:r>
              <w:rPr>
                <w:b/>
              </w:rPr>
              <w:t>КБЖУ</w:t>
            </w:r>
          </w:p>
        </w:tc>
      </w:tr>
      <w:tr>
        <w:tc>
          <w:tcPr>
            <w:tcW w:type="dxa" w:w="2880"/>
          </w:tcPr>
          <w:p>
            <w:r>
              <w:t>Завтрак 8:00</w:t>
            </w:r>
          </w:p>
        </w:tc>
        <w:tc>
          <w:tcPr>
            <w:tcW w:type="dxa" w:w="2880"/>
          </w:tcPr>
          <w:p>
            <w:r>
              <w:t>пшено 60 г + тыква 150 г + соевое молоко 100 г + лён 10 г + миндаль 15 г</w:t>
            </w:r>
          </w:p>
        </w:tc>
        <w:tc>
          <w:tcPr>
            <w:tcW w:type="dxa" w:w="2880"/>
          </w:tcPr>
          <w:p>
            <w:r>
              <w:t>436 ккал · Б16/Ж16/У59</w:t>
            </w:r>
          </w:p>
        </w:tc>
      </w:tr>
      <w:tr>
        <w:tc>
          <w:tcPr>
            <w:tcW w:type="dxa" w:w="2880"/>
          </w:tcPr>
          <w:p>
            <w:r>
              <w:t>Перекус 11:00</w:t>
            </w:r>
          </w:p>
        </w:tc>
        <w:tc>
          <w:tcPr>
            <w:tcW w:type="dxa" w:w="2880"/>
          </w:tcPr>
          <w:p>
            <w:r>
              <w:t>апельсин 150 г + миндаль 15 г</w:t>
            </w:r>
          </w:p>
        </w:tc>
        <w:tc>
          <w:tcPr>
            <w:tcW w:type="dxa" w:w="2880"/>
          </w:tcPr>
          <w:p>
            <w:r>
              <w:t>151 ккал · Б4/Ж8/У17</w:t>
            </w:r>
          </w:p>
        </w:tc>
      </w:tr>
      <w:tr>
        <w:tc>
          <w:tcPr>
            <w:tcW w:type="dxa" w:w="2880"/>
          </w:tcPr>
          <w:p>
            <w:r>
              <w:t>Обед 14:00</w:t>
            </w:r>
          </w:p>
        </w:tc>
        <w:tc>
          <w:tcPr>
            <w:tcW w:type="dxa" w:w="2880"/>
          </w:tcPr>
          <w:p>
            <w:r>
              <w:t>горбуша 180 г + гречка 80 г + огурцы 100 г + помидоры 100 г + масло 5 г</w:t>
            </w:r>
          </w:p>
        </w:tc>
        <w:tc>
          <w:tcPr>
            <w:tcW w:type="dxa" w:w="2880"/>
          </w:tcPr>
          <w:p>
            <w:r>
              <w:t>579 ккал · Б49/Ж18/У56</w:t>
            </w:r>
          </w:p>
        </w:tc>
      </w:tr>
      <w:tr>
        <w:tc>
          <w:tcPr>
            <w:tcW w:type="dxa" w:w="2880"/>
          </w:tcPr>
          <w:p>
            <w:r>
              <w:t>Полдник 17:00</w:t>
            </w:r>
          </w:p>
        </w:tc>
        <w:tc>
          <w:tcPr>
            <w:tcW w:type="dxa" w:w="2880"/>
          </w:tcPr>
          <w:p>
            <w:r>
              <w:t>хумус 40 г + хлебец рж 30 г + огурцы 100 г + соевый йогурт 150 г</w:t>
            </w:r>
          </w:p>
        </w:tc>
        <w:tc>
          <w:tcPr>
            <w:tcW w:type="dxa" w:w="2880"/>
          </w:tcPr>
          <w:p>
            <w:r>
              <w:t>267 ккал · Б12/Ж8/У40</w:t>
            </w:r>
          </w:p>
        </w:tc>
      </w:tr>
      <w:tr>
        <w:tc>
          <w:tcPr>
            <w:tcW w:type="dxa" w:w="2880"/>
          </w:tcPr>
          <w:p>
            <w:r>
              <w:t>Ужин 19:00</w:t>
            </w:r>
          </w:p>
        </w:tc>
        <w:tc>
          <w:tcPr>
            <w:tcW w:type="dxa" w:w="2880"/>
          </w:tcPr>
          <w:p>
            <w:r>
              <w:t>фасоль отварная 150 г + капуста 150 г + морковь 60 г + томатная паста 20 г + масло 5 г + хлеб цельнозерновой 40 г + тофу 80 г</w:t>
            </w:r>
          </w:p>
        </w:tc>
        <w:tc>
          <w:tcPr>
            <w:tcW w:type="dxa" w:w="2880"/>
          </w:tcPr>
          <w:p>
            <w:r>
              <w:t>500 ккал · Б30/Ж12/У71</w:t>
            </w:r>
          </w:p>
        </w:tc>
      </w:tr>
    </w:tbl>
    <w:p/>
    <w:p>
      <w:pPr>
        <w:pStyle w:val="Heading1"/>
      </w:pPr>
      <w:r>
        <w:t>Понедельник 17.08 (рыба)</w:t>
      </w:r>
    </w:p>
    <w:p>
      <w:r>
        <w:rPr>
          <w:b/>
        </w:rPr>
        <w:t>Итого: 1800 ккал · Б 115 г · Ж 55 г · У 224 г</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Приём</w:t>
            </w:r>
          </w:p>
        </w:tc>
        <w:tc>
          <w:tcPr>
            <w:tcW w:type="dxa" w:w="2880"/>
          </w:tcPr>
          <w:p>
            <w:r>
              <w:rPr>
                <w:b/>
              </w:rPr>
              <w:t>Блюдо</w:t>
            </w:r>
          </w:p>
        </w:tc>
        <w:tc>
          <w:tcPr>
            <w:tcW w:type="dxa" w:w="2880"/>
          </w:tcPr>
          <w:p>
            <w:r>
              <w:rPr>
                <w:b/>
              </w:rPr>
              <w:t>КБЖУ</w:t>
            </w:r>
          </w:p>
        </w:tc>
      </w:tr>
      <w:tr>
        <w:tc>
          <w:tcPr>
            <w:tcW w:type="dxa" w:w="2880"/>
          </w:tcPr>
          <w:p>
            <w:r>
              <w:t>Завтрак 8:00</w:t>
            </w:r>
          </w:p>
        </w:tc>
        <w:tc>
          <w:tcPr>
            <w:tcW w:type="dxa" w:w="2880"/>
          </w:tcPr>
          <w:p>
            <w:r>
              <w:t>овсянка 50 г + соевое молоко 200 г + банан 120 г + лён 10 г</w:t>
            </w:r>
          </w:p>
        </w:tc>
        <w:tc>
          <w:tcPr>
            <w:tcW w:type="dxa" w:w="2880"/>
          </w:tcPr>
          <w:p>
            <w:r>
              <w:t>425 ккал · Б15/Ж12/У66</w:t>
            </w:r>
          </w:p>
        </w:tc>
      </w:tr>
      <w:tr>
        <w:tc>
          <w:tcPr>
            <w:tcW w:type="dxa" w:w="2880"/>
          </w:tcPr>
          <w:p>
            <w:r>
              <w:t>Перекус 11:00</w:t>
            </w:r>
          </w:p>
        </w:tc>
        <w:tc>
          <w:tcPr>
            <w:tcW w:type="dxa" w:w="2880"/>
          </w:tcPr>
          <w:p>
            <w:r>
              <w:t>яблоко 170 г + арахис 15 г</w:t>
            </w:r>
          </w:p>
        </w:tc>
        <w:tc>
          <w:tcPr>
            <w:tcW w:type="dxa" w:w="2880"/>
          </w:tcPr>
          <w:p>
            <w:r>
              <w:t>173 ккал · Б4/Ж8/У26</w:t>
            </w:r>
          </w:p>
        </w:tc>
      </w:tr>
      <w:tr>
        <w:tc>
          <w:tcPr>
            <w:tcW w:type="dxa" w:w="2880"/>
          </w:tcPr>
          <w:p>
            <w:r>
              <w:t>Обед 14:00</w:t>
            </w:r>
          </w:p>
        </w:tc>
        <w:tc>
          <w:tcPr>
            <w:tcW w:type="dxa" w:w="2880"/>
          </w:tcPr>
          <w:p>
            <w:r>
              <w:t>минтай 200 г + картофель 150 г + морковь 60 г + масло 5 г + хлеб цельнозерновой 40 г + креветки 100 г</w:t>
            </w:r>
          </w:p>
        </w:tc>
        <w:tc>
          <w:tcPr>
            <w:tcW w:type="dxa" w:w="2880"/>
          </w:tcPr>
          <w:p>
            <w:r>
              <w:t>524 ккал · Б59/Ж10/У49</w:t>
            </w:r>
          </w:p>
        </w:tc>
      </w:tr>
      <w:tr>
        <w:tc>
          <w:tcPr>
            <w:tcW w:type="dxa" w:w="2880"/>
          </w:tcPr>
          <w:p>
            <w:r>
              <w:t>Полдник 17:00</w:t>
            </w:r>
          </w:p>
        </w:tc>
        <w:tc>
          <w:tcPr>
            <w:tcW w:type="dxa" w:w="2880"/>
          </w:tcPr>
          <w:p>
            <w:r>
              <w:t>соевый йогурт 150 г + ягоды 100 г + грецкие 10 г</w:t>
            </w:r>
          </w:p>
        </w:tc>
        <w:tc>
          <w:tcPr>
            <w:tcW w:type="dxa" w:w="2880"/>
          </w:tcPr>
          <w:p>
            <w:r>
              <w:t>200 ккал · Б8/Ж10/У23</w:t>
            </w:r>
          </w:p>
        </w:tc>
      </w:tr>
      <w:tr>
        <w:tc>
          <w:tcPr>
            <w:tcW w:type="dxa" w:w="2880"/>
          </w:tcPr>
          <w:p>
            <w:r>
              <w:t>Ужин 19:00</w:t>
            </w:r>
          </w:p>
        </w:tc>
        <w:tc>
          <w:tcPr>
            <w:tcW w:type="dxa" w:w="2880"/>
          </w:tcPr>
          <w:p>
            <w:r>
              <w:t>гречка 80 г + грибы 150 г + лук 40 г + масло 5 г + огурцы 100 г + зелень 20 г + тофу 100 г</w:t>
            </w:r>
          </w:p>
        </w:tc>
        <w:tc>
          <w:tcPr>
            <w:tcW w:type="dxa" w:w="2880"/>
          </w:tcPr>
          <w:p>
            <w:r>
              <w:t>478 ккал · Б29/Ж15/У60</w:t>
            </w:r>
          </w:p>
        </w:tc>
      </w:tr>
    </w:tbl>
    <w:p/>
    <w:p>
      <w:pPr>
        <w:pStyle w:val="Heading1"/>
      </w:pPr>
      <w:r>
        <w:t>Вторник 18.08 (рыба)</w:t>
      </w:r>
    </w:p>
    <w:p>
      <w:r>
        <w:rPr>
          <w:b/>
        </w:rPr>
        <w:t>Итого: 1871 ккал · Б 122 г · Ж 67 г · У 208 г</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Приём</w:t>
            </w:r>
          </w:p>
        </w:tc>
        <w:tc>
          <w:tcPr>
            <w:tcW w:type="dxa" w:w="2880"/>
          </w:tcPr>
          <w:p>
            <w:r>
              <w:rPr>
                <w:b/>
              </w:rPr>
              <w:t>Блюдо</w:t>
            </w:r>
          </w:p>
        </w:tc>
        <w:tc>
          <w:tcPr>
            <w:tcW w:type="dxa" w:w="2880"/>
          </w:tcPr>
          <w:p>
            <w:r>
              <w:rPr>
                <w:b/>
              </w:rPr>
              <w:t>КБЖУ</w:t>
            </w:r>
          </w:p>
        </w:tc>
      </w:tr>
      <w:tr>
        <w:tc>
          <w:tcPr>
            <w:tcW w:type="dxa" w:w="2880"/>
          </w:tcPr>
          <w:p>
            <w:r>
              <w:t>Завтрак 8:00</w:t>
            </w:r>
          </w:p>
        </w:tc>
        <w:tc>
          <w:tcPr>
            <w:tcW w:type="dxa" w:w="2880"/>
          </w:tcPr>
          <w:p>
            <w:r>
              <w:t>киноа 60 г + соевое молоко 150 г + ягоды 100 г + грецкие 10 г + лён 10 г</w:t>
            </w:r>
          </w:p>
        </w:tc>
        <w:tc>
          <w:tcPr>
            <w:tcW w:type="dxa" w:w="2880"/>
          </w:tcPr>
          <w:p>
            <w:r>
              <w:t>452 ккал · Б17/Ж18/У57</w:t>
            </w:r>
          </w:p>
        </w:tc>
      </w:tr>
      <w:tr>
        <w:tc>
          <w:tcPr>
            <w:tcW w:type="dxa" w:w="2880"/>
          </w:tcPr>
          <w:p>
            <w:r>
              <w:t>Перекус 11:00</w:t>
            </w:r>
          </w:p>
        </w:tc>
        <w:tc>
          <w:tcPr>
            <w:tcW w:type="dxa" w:w="2880"/>
          </w:tcPr>
          <w:p>
            <w:r>
              <w:t>груша 160 г + семечки 15 г</w:t>
            </w:r>
          </w:p>
        </w:tc>
        <w:tc>
          <w:tcPr>
            <w:tcW w:type="dxa" w:w="2880"/>
          </w:tcPr>
          <w:p>
            <w:r>
              <w:t>179 ккал · Б4/Ж8/У27</w:t>
            </w:r>
          </w:p>
        </w:tc>
      </w:tr>
      <w:tr>
        <w:tc>
          <w:tcPr>
            <w:tcW w:type="dxa" w:w="2880"/>
          </w:tcPr>
          <w:p>
            <w:r>
              <w:t>Обед 14:00</w:t>
            </w:r>
          </w:p>
        </w:tc>
        <w:tc>
          <w:tcPr>
            <w:tcW w:type="dxa" w:w="2880"/>
          </w:tcPr>
          <w:p>
            <w:r>
              <w:t>судак 200 г + гречка 70 г + огурцы 100 г + помидоры 100 г + масло 5 г + креветки 100 г</w:t>
            </w:r>
          </w:p>
        </w:tc>
        <w:tc>
          <w:tcPr>
            <w:tcW w:type="dxa" w:w="2880"/>
          </w:tcPr>
          <w:p>
            <w:r>
              <w:t>575 ккал · Б66/Ж11/У50</w:t>
            </w:r>
          </w:p>
        </w:tc>
      </w:tr>
      <w:tr>
        <w:tc>
          <w:tcPr>
            <w:tcW w:type="dxa" w:w="2880"/>
          </w:tcPr>
          <w:p>
            <w:r>
              <w:t>Полдник 17:00</w:t>
            </w:r>
          </w:p>
        </w:tc>
        <w:tc>
          <w:tcPr>
            <w:tcW w:type="dxa" w:w="2880"/>
          </w:tcPr>
          <w:p>
            <w:r>
              <w:t>яблоко 170 г + миндаль 10 г + арахис 15 г</w:t>
            </w:r>
          </w:p>
        </w:tc>
        <w:tc>
          <w:tcPr>
            <w:tcW w:type="dxa" w:w="2880"/>
          </w:tcPr>
          <w:p>
            <w:r>
              <w:t>231 ккал · Б7/Ж13/У28</w:t>
            </w:r>
          </w:p>
        </w:tc>
      </w:tr>
      <w:tr>
        <w:tc>
          <w:tcPr>
            <w:tcW w:type="dxa" w:w="2880"/>
          </w:tcPr>
          <w:p>
            <w:r>
              <w:t>Ужин 19:00</w:t>
            </w:r>
          </w:p>
        </w:tc>
        <w:tc>
          <w:tcPr>
            <w:tcW w:type="dxa" w:w="2880"/>
          </w:tcPr>
          <w:p>
            <w:r>
              <w:t>тофу 150 г + цветная капуста 200 г + морковь 80 г + масло 5 г + киноа 40 г</w:t>
            </w:r>
          </w:p>
        </w:tc>
        <w:tc>
          <w:tcPr>
            <w:tcW w:type="dxa" w:w="2880"/>
          </w:tcPr>
          <w:p>
            <w:r>
              <w:t>434 ккал · Б28/Ж17/У46</w:t>
            </w:r>
          </w:p>
        </w:tc>
      </w:tr>
    </w:tbl>
    <w:p/>
    <w:p>
      <w:pPr>
        <w:pStyle w:val="Heading1"/>
      </w:pPr>
      <w:r>
        <w:t>Среда 19.08 (постный день)</w:t>
      </w:r>
    </w:p>
    <w:p>
      <w:r>
        <w:rPr>
          <w:b/>
        </w:rPr>
        <w:t>Итого: 1868 ккал · Б 87 г · Ж 50 г · У 278 г</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Приём</w:t>
            </w:r>
          </w:p>
        </w:tc>
        <w:tc>
          <w:tcPr>
            <w:tcW w:type="dxa" w:w="2880"/>
          </w:tcPr>
          <w:p>
            <w:r>
              <w:rPr>
                <w:b/>
              </w:rPr>
              <w:t>Блюдо</w:t>
            </w:r>
          </w:p>
        </w:tc>
        <w:tc>
          <w:tcPr>
            <w:tcW w:type="dxa" w:w="2880"/>
          </w:tcPr>
          <w:p>
            <w:r>
              <w:rPr>
                <w:b/>
              </w:rPr>
              <w:t>КБЖУ</w:t>
            </w:r>
          </w:p>
        </w:tc>
      </w:tr>
      <w:tr>
        <w:tc>
          <w:tcPr>
            <w:tcW w:type="dxa" w:w="2880"/>
          </w:tcPr>
          <w:p>
            <w:r>
              <w:t>Завтрак 8:00</w:t>
            </w:r>
          </w:p>
        </w:tc>
        <w:tc>
          <w:tcPr>
            <w:tcW w:type="dxa" w:w="2880"/>
          </w:tcPr>
          <w:p>
            <w:r>
              <w:t>пшено 60 г + соевое молоко 150 г + яблоко 170 г + миндаль 10 г + хлеб цельнозерновой 40 г</w:t>
            </w:r>
          </w:p>
        </w:tc>
        <w:tc>
          <w:tcPr>
            <w:tcW w:type="dxa" w:w="2880"/>
          </w:tcPr>
          <w:p>
            <w:r>
              <w:t>523 ккал · Б17/Ж11/У90</w:t>
            </w:r>
          </w:p>
        </w:tc>
      </w:tr>
      <w:tr>
        <w:tc>
          <w:tcPr>
            <w:tcW w:type="dxa" w:w="2880"/>
          </w:tcPr>
          <w:p>
            <w:r>
              <w:t>Перекус 11:00</w:t>
            </w:r>
          </w:p>
        </w:tc>
        <w:tc>
          <w:tcPr>
            <w:tcW w:type="dxa" w:w="2880"/>
          </w:tcPr>
          <w:p>
            <w:r>
              <w:t>хумус 50 г + огурцы 120 г</w:t>
            </w:r>
          </w:p>
        </w:tc>
        <w:tc>
          <w:tcPr>
            <w:tcW w:type="dxa" w:w="2880"/>
          </w:tcPr>
          <w:p>
            <w:r>
              <w:t>101 ккал · Б5/Ж5/У11</w:t>
            </w:r>
          </w:p>
        </w:tc>
      </w:tr>
      <w:tr>
        <w:tc>
          <w:tcPr>
            <w:tcW w:type="dxa" w:w="2880"/>
          </w:tcPr>
          <w:p>
            <w:r>
              <w:t>Обед 14:00</w:t>
            </w:r>
          </w:p>
        </w:tc>
        <w:tc>
          <w:tcPr>
            <w:tcW w:type="dxa" w:w="2880"/>
          </w:tcPr>
          <w:p>
            <w:r>
              <w:t>чечевица 80 г + баклажан 100 г + перец 100 г + помидоры 100 г + масло 5 г + булгур 40 г + хлеб цельнозерновой 40 г</w:t>
            </w:r>
          </w:p>
        </w:tc>
        <w:tc>
          <w:tcPr>
            <w:tcW w:type="dxa" w:w="2880"/>
          </w:tcPr>
          <w:p>
            <w:r>
              <w:t>588 ккал · Б30/Ж8/У100</w:t>
            </w:r>
          </w:p>
        </w:tc>
      </w:tr>
      <w:tr>
        <w:tc>
          <w:tcPr>
            <w:tcW w:type="dxa" w:w="2880"/>
          </w:tcPr>
          <w:p>
            <w:r>
              <w:t>Полдник 17:00</w:t>
            </w:r>
          </w:p>
        </w:tc>
        <w:tc>
          <w:tcPr>
            <w:tcW w:type="dxa" w:w="2880"/>
          </w:tcPr>
          <w:p>
            <w:r>
              <w:t>соевый йогурт 150 г + ягоды 100 г + грецкие 10 г</w:t>
            </w:r>
          </w:p>
        </w:tc>
        <w:tc>
          <w:tcPr>
            <w:tcW w:type="dxa" w:w="2880"/>
          </w:tcPr>
          <w:p>
            <w:r>
              <w:t>200 ккал · Б8/Ж10/У23</w:t>
            </w:r>
          </w:p>
        </w:tc>
      </w:tr>
      <w:tr>
        <w:tc>
          <w:tcPr>
            <w:tcW w:type="dxa" w:w="2880"/>
          </w:tcPr>
          <w:p>
            <w:r>
              <w:t>Ужин 19:00</w:t>
            </w:r>
          </w:p>
        </w:tc>
        <w:tc>
          <w:tcPr>
            <w:tcW w:type="dxa" w:w="2880"/>
          </w:tcPr>
          <w:p>
            <w:r>
              <w:t>нут отварной 150 г + кабачок 150 г + помидоры 100 г + масло 5 г + тофу 100 г</w:t>
            </w:r>
          </w:p>
        </w:tc>
        <w:tc>
          <w:tcPr>
            <w:tcW w:type="dxa" w:w="2880"/>
          </w:tcPr>
          <w:p>
            <w:r>
              <w:t>456 ккал · Б27/Ж16/У54</w:t>
            </w:r>
          </w:p>
        </w:tc>
      </w:tr>
    </w:tbl>
    <w:p/>
    <w:p>
      <w:pPr>
        <w:pStyle w:val="Heading1"/>
      </w:pPr>
      <w:r>
        <w:t>Четверг 20.08 (рыба)</w:t>
      </w:r>
    </w:p>
    <w:p>
      <w:r>
        <w:rPr>
          <w:b/>
        </w:rPr>
        <w:t>Итого: 1779 ккал · Б 107 г · Ж 50 г · У 235 г</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Приём</w:t>
            </w:r>
          </w:p>
        </w:tc>
        <w:tc>
          <w:tcPr>
            <w:tcW w:type="dxa" w:w="2880"/>
          </w:tcPr>
          <w:p>
            <w:r>
              <w:rPr>
                <w:b/>
              </w:rPr>
              <w:t>Блюдо</w:t>
            </w:r>
          </w:p>
        </w:tc>
        <w:tc>
          <w:tcPr>
            <w:tcW w:type="dxa" w:w="2880"/>
          </w:tcPr>
          <w:p>
            <w:r>
              <w:rPr>
                <w:b/>
              </w:rPr>
              <w:t>КБЖУ</w:t>
            </w:r>
          </w:p>
        </w:tc>
      </w:tr>
      <w:tr>
        <w:tc>
          <w:tcPr>
            <w:tcW w:type="dxa" w:w="2880"/>
          </w:tcPr>
          <w:p>
            <w:r>
              <w:t>Завтрак 8:00</w:t>
            </w:r>
          </w:p>
        </w:tc>
        <w:tc>
          <w:tcPr>
            <w:tcW w:type="dxa" w:w="2880"/>
          </w:tcPr>
          <w:p>
            <w:r>
              <w:t>гречка 70 г + тофу 80 г + помидоры 100 г + зелень 20 г + хлеб цельнозерновой 40 г</w:t>
            </w:r>
          </w:p>
        </w:tc>
        <w:tc>
          <w:tcPr>
            <w:tcW w:type="dxa" w:w="2880"/>
          </w:tcPr>
          <w:p>
            <w:r>
              <w:t>429 ккал · Б22/Ж8/У69</w:t>
            </w:r>
          </w:p>
        </w:tc>
      </w:tr>
      <w:tr>
        <w:tc>
          <w:tcPr>
            <w:tcW w:type="dxa" w:w="2880"/>
          </w:tcPr>
          <w:p>
            <w:r>
              <w:t>Перекус 11:00</w:t>
            </w:r>
          </w:p>
        </w:tc>
        <w:tc>
          <w:tcPr>
            <w:tcW w:type="dxa" w:w="2880"/>
          </w:tcPr>
          <w:p>
            <w:r>
              <w:t>апельсин 150 г + грецкие 15 г</w:t>
            </w:r>
          </w:p>
        </w:tc>
        <w:tc>
          <w:tcPr>
            <w:tcW w:type="dxa" w:w="2880"/>
          </w:tcPr>
          <w:p>
            <w:r>
              <w:t>163 ккал · Б4/Ж10/У16</w:t>
            </w:r>
          </w:p>
        </w:tc>
      </w:tr>
      <w:tr>
        <w:tc>
          <w:tcPr>
            <w:tcW w:type="dxa" w:w="2880"/>
          </w:tcPr>
          <w:p>
            <w:r>
              <w:t>Обед 14:00</w:t>
            </w:r>
          </w:p>
        </w:tc>
        <w:tc>
          <w:tcPr>
            <w:tcW w:type="dxa" w:w="2880"/>
          </w:tcPr>
          <w:p>
            <w:r>
              <w:t>треска 200 г + картофель 150 г + морковь 60 г + масло 5 г + хлеб цельнозерновой 40 г</w:t>
            </w:r>
          </w:p>
        </w:tc>
        <w:tc>
          <w:tcPr>
            <w:tcW w:type="dxa" w:w="2880"/>
          </w:tcPr>
          <w:p>
            <w:r>
              <w:t>461 ккал · Б45/Ж9/У49</w:t>
            </w:r>
          </w:p>
        </w:tc>
      </w:tr>
      <w:tr>
        <w:tc>
          <w:tcPr>
            <w:tcW w:type="dxa" w:w="2880"/>
          </w:tcPr>
          <w:p>
            <w:r>
              <w:t>Полдник 17:00</w:t>
            </w:r>
          </w:p>
        </w:tc>
        <w:tc>
          <w:tcPr>
            <w:tcW w:type="dxa" w:w="2880"/>
          </w:tcPr>
          <w:p>
            <w:r>
              <w:t>банан 120 г + арахис 15 г + соевый йогурт 150 г</w:t>
            </w:r>
          </w:p>
        </w:tc>
        <w:tc>
          <w:tcPr>
            <w:tcW w:type="dxa" w:w="2880"/>
          </w:tcPr>
          <w:p>
            <w:r>
              <w:t>282 ккал · Б11/Ж11/У42</w:t>
            </w:r>
          </w:p>
        </w:tc>
      </w:tr>
      <w:tr>
        <w:tc>
          <w:tcPr>
            <w:tcW w:type="dxa" w:w="2880"/>
          </w:tcPr>
          <w:p>
            <w:r>
              <w:t>Ужин 19:00</w:t>
            </w:r>
          </w:p>
        </w:tc>
        <w:tc>
          <w:tcPr>
            <w:tcW w:type="dxa" w:w="2880"/>
          </w:tcPr>
          <w:p>
            <w:r>
              <w:t>спагетти цельнозерновые 70 г + томатная паста 30 г + лук 40 г + грибы 100 г + масло 5 г + тофу 80 г</w:t>
            </w:r>
          </w:p>
        </w:tc>
        <w:tc>
          <w:tcPr>
            <w:tcW w:type="dxa" w:w="2880"/>
          </w:tcPr>
          <w:p>
            <w:r>
              <w:t>444 ккал · Б25/Ж12/У59</w:t>
            </w:r>
          </w:p>
        </w:tc>
      </w:tr>
    </w:tbl>
    <w:p/>
    <w:p>
      <w:pPr>
        <w:pStyle w:val="Heading1"/>
      </w:pPr>
      <w:r>
        <w:t>Список покупок на неделю</w:t>
      </w:r>
    </w:p>
    <w:p>
      <w:pPr>
        <w:pStyle w:val="ListBullet"/>
      </w:pPr>
      <w:r>
        <w:rPr>
          <w:b/>
        </w:rPr>
        <w:t xml:space="preserve">Рыба и морепродукты (заморозка ок): </w:t>
      </w:r>
      <w:r>
        <w:t>треска 400 г, минтай 200 г, судак 200 г, горбуша 180 г, креветки 200 г — всего ~1,2 кг</w:t>
      </w:r>
    </w:p>
    <w:p>
      <w:pPr>
        <w:pStyle w:val="ListBullet"/>
      </w:pPr>
      <w:r>
        <w:rPr>
          <w:b/>
        </w:rPr>
        <w:t xml:space="preserve">Белки растительные: </w:t>
      </w:r>
      <w:r>
        <w:t>тофу 800 г, чечевица 300 г, нут (сухой) 200 г, фасоль (сухая) 250 г, хумус 140 г, соевый йогурт 600 мл, соевое молоко 900 мл</w:t>
      </w:r>
    </w:p>
    <w:p>
      <w:pPr>
        <w:pStyle w:val="ListBullet"/>
      </w:pPr>
      <w:r>
        <w:rPr>
          <w:b/>
        </w:rPr>
        <w:t xml:space="preserve">Крупы и хлеб: </w:t>
      </w:r>
      <w:r>
        <w:t>овсянка 110 г, гречка 370 г, пшено 120 г, булгур 130 г, киноа 210 г, спагетти ц/з 70 г, хлеб цельнозерновой ~400 г, хлебцы ржаные 30 г</w:t>
      </w:r>
    </w:p>
    <w:p>
      <w:pPr>
        <w:pStyle w:val="ListBullet"/>
      </w:pPr>
      <w:r>
        <w:rPr>
          <w:b/>
        </w:rPr>
        <w:t xml:space="preserve">Овощи: </w:t>
      </w:r>
      <w:r>
        <w:t>картофель 800 г, кабачки 450 г, баклажан 200 г, перец 300 г, помидоры 800 г, огурцы 420 г, капуста 450 г, морковь 500 г, свёкла 60 г, тыква 150 г, брокколи 200 г, цветная капуста 200 г, грибы 500 г, лук 200 г, зелень</w:t>
      </w:r>
    </w:p>
    <w:p>
      <w:pPr>
        <w:pStyle w:val="ListBullet"/>
      </w:pPr>
      <w:r>
        <w:rPr>
          <w:b/>
        </w:rPr>
        <w:t xml:space="preserve">Фрукты и ягоды: </w:t>
      </w:r>
      <w:r>
        <w:t>яблоки 5 шт, груши 2 шт, банан 1 шт, апельсины 2 шт, ягоды 400 г (замороженные ок)</w:t>
      </w:r>
    </w:p>
    <w:p>
      <w:pPr>
        <w:pStyle w:val="ListBullet"/>
      </w:pPr>
      <w:r>
        <w:rPr>
          <w:b/>
        </w:rPr>
        <w:t xml:space="preserve">Орехи и семена: </w:t>
      </w:r>
      <w:r>
        <w:t>миндаль ~70 г, грецкие ~55 г, арахис ~60 г, семечки 35 г, лён 30 г</w:t>
      </w:r>
    </w:p>
    <w:p>
      <w:pPr>
        <w:pStyle w:val="ListBullet"/>
      </w:pPr>
      <w:r>
        <w:rPr>
          <w:b/>
        </w:rPr>
        <w:t xml:space="preserve">Прочее: </w:t>
      </w:r>
      <w:r>
        <w:t>масло растительное (оливковое) ~50 мл, томатная паста 100 г, специи, соль, лимон, сахарозаменитель (стевия)</w:t>
      </w:r>
    </w:p>
    <w:p>
      <w:pPr>
        <w:pStyle w:val="Heading1"/>
      </w:pPr>
      <w:r>
        <w:t>Правила</w:t>
      </w:r>
    </w:p>
    <w:p>
      <w:pPr>
        <w:pStyle w:val="ListBullet"/>
      </w:pPr>
      <w:r>
        <w:t>Ужин до 19:30–20:00, после — только вода или травяной чай</w:t>
      </w:r>
    </w:p>
    <w:p>
      <w:pPr>
        <w:pStyle w:val="ListBullet"/>
      </w:pPr>
      <w:r>
        <w:t>Вода 2 л/день: стакан за 20 мин до еды</w:t>
      </w:r>
    </w:p>
    <w:p>
      <w:pPr>
        <w:pStyle w:val="ListBullet"/>
      </w:pPr>
      <w:r>
        <w:t>Овощи в обед и ужин — без ограничений (кроме картофеля)</w:t>
      </w:r>
    </w:p>
    <w:p>
      <w:pPr>
        <w:pStyle w:val="ListBullet"/>
      </w:pPr>
      <w:r>
        <w:t>Рыбу и морепродукты — варить, запекать, на пару; жарить без масла (гриль, антипригарная сковорода)</w:t>
      </w:r>
    </w:p>
    <w:p>
      <w:pPr>
        <w:pStyle w:val="ListBullet"/>
      </w:pPr>
      <w:r>
        <w:t>В строго постные дни (среда, пятница) белок добираем бобовыми и тофу — это нормально для поста</w:t>
      </w:r>
    </w:p>
    <w:p>
      <w:pPr>
        <w:pStyle w:val="ListBullet"/>
      </w:pPr>
      <w:r>
        <w:t>Срыв — не страшно: следующий приём снова по плану</w:t>
      </w:r>
    </w:p>
    <w:p>
      <w:pPr>
        <w:pStyle w:val="ListBullet"/>
      </w:pPr>
      <w:r>
        <w:t>Весы раз в неделю утром натощак: фиксируй, я буду следить</w:t>
      </w:r>
    </w:p>
    <w:p>
      <w:r>
        <w:rPr>
          <w:i/>
          <w:sz w:val="19"/>
        </w:rPr>
        <w:t>Примечание: 19 августа — Преображение Господне, по уставу в этот праздник рыба разрешена даже в среду. Я сделал среду постной по твоему правилу, но если захочешь горбушу в Преображение — просто замени постный ужин на рыбу.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