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Список сданных домов и план рассылки отзывов</w:t>
      </w:r>
    </w:p>
    <w:p>
      <w:r>
        <w:rPr>
          <w:i/>
          <w:sz w:val="20"/>
        </w:rPr>
        <w:t>«Добротный дом» · подготовлено 11.08.2026 · ссылка для отзыва: https://yandex.ru/maps/org/dobrotny_dom/99316463249/reviews/</w:t>
      </w:r>
    </w:p>
    <w:p>
      <w:pPr>
        <w:pStyle w:val="Heading1"/>
      </w:pPr>
      <w:r>
        <w:t>1. Что нашлось по сданным объектам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Объект</w:t>
            </w:r>
          </w:p>
        </w:tc>
        <w:tc>
          <w:tcPr>
            <w:tcW w:type="dxa" w:w="2160"/>
          </w:tcPr>
          <w:p>
            <w:r>
              <w:t>Где</w:t>
            </w:r>
          </w:p>
        </w:tc>
        <w:tc>
          <w:tcPr>
            <w:tcW w:type="dxa" w:w="2160"/>
          </w:tcPr>
          <w:p>
            <w:r>
              <w:t>Статус</w:t>
            </w:r>
          </w:p>
        </w:tc>
        <w:tc>
          <w:tcPr>
            <w:tcW w:type="dxa" w:w="2160"/>
          </w:tcPr>
          <w:p>
            <w:r>
              <w:t>Что есть по клиенту</w:t>
            </w:r>
          </w:p>
        </w:tc>
      </w:tr>
      <w:tr>
        <w:tc>
          <w:tcPr>
            <w:tcW w:type="dxa" w:w="2160"/>
          </w:tcPr>
          <w:p>
            <w:r>
              <w:t>Огниково (Троицкий)</w:t>
            </w:r>
          </w:p>
        </w:tc>
        <w:tc>
          <w:tcPr>
            <w:tcW w:type="dxa" w:w="2160"/>
          </w:tcPr>
          <w:p>
            <w:r>
              <w:t>КП Огниково</w:t>
            </w:r>
          </w:p>
        </w:tc>
        <w:tc>
          <w:tcPr>
            <w:tcW w:type="dxa" w:w="2160"/>
          </w:tcPr>
          <w:p>
            <w:r>
              <w:t>Сдан (раздел «Выполненные проекты» на сайте)</w:t>
            </w:r>
          </w:p>
        </w:tc>
        <w:tc>
          <w:tcPr>
            <w:tcW w:type="dxa" w:w="2160"/>
          </w:tcPr>
          <w:p>
            <w:r>
              <w:t>Видеообзор дома, QR-коды на видео, КП — клиент явно доволен, идеальный кандидат №1</w:t>
            </w:r>
          </w:p>
        </w:tc>
      </w:tr>
      <w:tr>
        <w:tc>
          <w:tcPr>
            <w:tcW w:type="dxa" w:w="2160"/>
          </w:tcPr>
          <w:p>
            <w:r>
              <w:t>Блазново (Богородский)</w:t>
            </w:r>
          </w:p>
        </w:tc>
        <w:tc>
          <w:tcPr>
            <w:tcW w:type="dxa" w:w="2160"/>
          </w:tcPr>
          <w:p>
            <w:r>
              <w:t>КП Блазново</w:t>
            </w:r>
          </w:p>
        </w:tc>
        <w:tc>
          <w:tcPr>
            <w:tcW w:type="dxa" w:w="2160"/>
          </w:tcPr>
          <w:p>
            <w:r>
              <w:t>Сдан (раздел «Выполненные проекты» на сайте)</w:t>
            </w:r>
          </w:p>
        </w:tc>
        <w:tc>
          <w:tcPr>
            <w:tcW w:type="dxa" w:w="2160"/>
          </w:tcPr>
          <w:p>
            <w:r>
              <w:t>Фото в папке проекта — кандидат №2</w:t>
            </w:r>
          </w:p>
        </w:tc>
      </w:tr>
      <w:tr>
        <w:tc>
          <w:tcPr>
            <w:tcW w:type="dxa" w:w="2160"/>
          </w:tcPr>
          <w:p>
            <w:r>
              <w:t>Троицкий — видео «Обзор дома Троицкий_Михаил»</w:t>
            </w:r>
          </w:p>
        </w:tc>
        <w:tc>
          <w:tcPr>
            <w:tcW w:type="dxa" w:w="2160"/>
          </w:tcPr>
          <w:p>
            <w:r>
              <w:t>н/д</w:t>
            </w:r>
          </w:p>
        </w:tc>
        <w:tc>
          <w:tcPr>
            <w:tcW w:type="dxa" w:w="2160"/>
          </w:tcPr>
          <w:p>
            <w:r>
              <w:t>Есть видеообзор с именем владельца (Михаил)</w:t>
            </w:r>
          </w:p>
        </w:tc>
        <w:tc>
          <w:tcPr>
            <w:tcW w:type="dxa" w:w="2160"/>
          </w:tcPr>
          <w:p>
            <w:r>
              <w:t>Клиент соглашался на съёмку — контакт тёплый, кандидат №3</w:t>
            </w:r>
          </w:p>
        </w:tc>
      </w:tr>
    </w:tbl>
    <w:p>
      <w:pPr>
        <w:pStyle w:val="Heading1"/>
      </w:pPr>
      <w:r>
        <w:t>2. Чего не хватает</w:t>
      </w:r>
    </w:p>
    <w:p>
      <w:pPr>
        <w:pStyle w:val="ListBullet"/>
      </w:pPr>
      <w:r>
        <w:t>Точных дат сдачи по каждому объекту — на сайте только фильтр по годам (2021, 2026), самих дат на страницах нет.</w:t>
      </w:r>
    </w:p>
    <w:p>
      <w:pPr>
        <w:pStyle w:val="ListBullet"/>
      </w:pPr>
      <w:r>
        <w:t>Полного реестра сданных домов: в разделе «Выполненные проекты» всего 2 объекта, но наверняка построено больше (в папках на Диске — 24 проекта с КП).</w:t>
      </w:r>
    </w:p>
    <w:p>
      <w:pPr>
        <w:pStyle w:val="ListBullet"/>
      </w:pPr>
      <w:r>
        <w:t>Контактов клиентов для рассылки — их хранишь ты (CRM/телефон), мне они не нужны, тексты готовы.</w:t>
      </w:r>
    </w:p>
    <w:p>
      <w:pPr>
        <w:pStyle w:val="Heading1"/>
      </w:pPr>
      <w:r>
        <w:t>3. Кому писать первым (приоритет)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#</w:t>
            </w:r>
          </w:p>
        </w:tc>
        <w:tc>
          <w:tcPr>
            <w:tcW w:type="dxa" w:w="2880"/>
          </w:tcPr>
          <w:p>
            <w:r>
              <w:t>Кто</w:t>
            </w:r>
          </w:p>
        </w:tc>
        <w:tc>
          <w:tcPr>
            <w:tcW w:type="dxa" w:w="2880"/>
          </w:tcPr>
          <w:p>
            <w:r>
              <w:t>Почему первым</w:t>
            </w:r>
          </w:p>
        </w:tc>
      </w:tr>
      <w:tr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Клиент из Огниково (Троицкий)</w:t>
            </w:r>
          </w:p>
        </w:tc>
        <w:tc>
          <w:tcPr>
            <w:tcW w:type="dxa" w:w="2880"/>
          </w:tcPr>
          <w:p>
            <w:r>
              <w:t>Дом на сайте как витрина, есть видеообзор — клиент открыт к диалогу. Текст из комплекта №2 (WhatsApp в день сдачи) или №3 (через 2–3 недели) — по ситуации.</w:t>
            </w:r>
          </w:p>
        </w:tc>
      </w:tr>
      <w:tr>
        <w:tc>
          <w:tcPr>
            <w:tcW w:type="dxa" w:w="2880"/>
          </w:tcPr>
          <w:p>
            <w:r>
              <w:t>2</w:t>
            </w:r>
          </w:p>
        </w:tc>
        <w:tc>
          <w:tcPr>
            <w:tcW w:type="dxa" w:w="2880"/>
          </w:tcPr>
          <w:p>
            <w:r>
              <w:t>Клиент из Блазново (Богородский)</w:t>
            </w:r>
          </w:p>
        </w:tc>
        <w:tc>
          <w:tcPr>
            <w:tcW w:type="dxa" w:w="2880"/>
          </w:tcPr>
          <w:p>
            <w:r>
              <w:t>Второй витринный объект. Тот же комплект текстов.</w:t>
            </w:r>
          </w:p>
        </w:tc>
      </w:tr>
      <w:tr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>
            <w:r>
              <w:t>Владелец «Троицкого» из видеообзора (Михаил)</w:t>
            </w:r>
          </w:p>
        </w:tc>
        <w:tc>
          <w:tcPr>
            <w:tcW w:type="dxa" w:w="2880"/>
          </w:tcPr>
          <w:p>
            <w:r>
              <w:t>Согласился на съёмку обзора — тёплый контакт, высокая вероятность отзыва с фото.</w:t>
            </w:r>
          </w:p>
        </w:tc>
      </w:tr>
      <w:tr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Все прошлые клиенты, кого вспомнишь</w:t>
            </w:r>
          </w:p>
        </w:tc>
        <w:tc>
          <w:tcPr>
            <w:tcW w:type="dxa" w:w="2880"/>
          </w:tcPr>
          <w:p>
            <w:r>
              <w:t>Рассылка по базе: сначала те, кому сдавали за последний год, потом все остальные. Одному клиенту — одно сообщение, без спама.</w:t>
            </w:r>
          </w:p>
        </w:tc>
      </w:tr>
    </w:tbl>
    <w:p>
      <w:pPr>
        <w:pStyle w:val="Heading1"/>
      </w:pPr>
      <w:r>
        <w:t>4. План на неделю (шаги)</w:t>
      </w:r>
    </w:p>
    <w:p>
      <w:pPr>
        <w:pStyle w:val="ListNumber"/>
      </w:pPr>
      <w:r>
        <w:t>Сегодня-завтра: вспомнить/поднять базу — сколько всего сдано за 2025–2026 и кто из клиентов на связи.</w:t>
      </w:r>
    </w:p>
    <w:p>
      <w:pPr>
        <w:pStyle w:val="ListNumber"/>
      </w:pPr>
      <w:r>
        <w:t>Отправить тексты №2 (WhatsApp/Telegram) первым 2–3 клиентам — тем, кому сдавали недавно.</w:t>
      </w:r>
    </w:p>
    <w:p>
      <w:pPr>
        <w:pStyle w:val="ListNumber"/>
      </w:pPr>
      <w:r>
        <w:t>Через 3–4 дня — тексты №3 (эмоциональные) тем, кто не ответил.</w:t>
      </w:r>
    </w:p>
    <w:p>
      <w:pPr>
        <w:pStyle w:val="ListNumber"/>
      </w:pPr>
      <w:r>
        <w:t>Параллельно: залить на карточку Яндекса 20–30 реальных фото с объектов (у тебя на Диске они есть).</w:t>
      </w:r>
    </w:p>
    <w:p>
      <w:pPr>
        <w:pStyle w:val="ListNumber"/>
      </w:pPr>
      <w:r>
        <w:t>Отвечать на каждый пришедший отзыв в течение 2 дней (шаблоны — в файле «Тексты для отзывов»).</w:t>
      </w:r>
    </w:p>
    <w:p>
      <w:pPr>
        <w:pStyle w:val="ListNumber"/>
      </w:pPr>
      <w:r>
        <w:t>Через неделю: посмотреть динамику (было 81 отзыв — цель 100+ к сентябрю).</w:t>
      </w:r>
    </w:p>
    <w:p>
      <w:pPr>
        <w:pStyle w:val="Heading1"/>
      </w:pPr>
      <w:r>
        <w:t>5. Что я могу сделать</w:t>
      </w:r>
    </w:p>
    <w:p>
      <w:pPr>
        <w:pStyle w:val="ListBullet"/>
      </w:pPr>
      <w:r>
        <w:t>Собрать фото для карточки Яндекса: выбрать лучшие 30 кадров из «Рендеры с сайта» и «Добротный дом рендеры» (реальные фото без людей) — скажу, какие брать.</w:t>
      </w:r>
    </w:p>
    <w:p>
      <w:pPr>
        <w:pStyle w:val="ListBullet"/>
      </w:pPr>
      <w:r>
        <w:t>Подготовить тексты напоминаний: если через неделю отклик слабый — пришлю вторую волну формулировок.</w:t>
      </w:r>
    </w:p>
    <w:p>
      <w:pPr>
        <w:pStyle w:val="ListBullet"/>
      </w:pPr>
      <w:r>
        <w:t>Вести учёт: скажи, кому отправил и кто ответил — буду вести таблицу и напоминать, кому не дошло.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