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Комплект текстов: отзывы на Яндекс.Картах</w:t>
      </w:r>
    </w:p>
    <w:p>
      <w:r>
        <w:rPr>
          <w:i/>
          <w:sz w:val="20"/>
        </w:rPr>
        <w:t>«Добротный дом» · Мытищи, Ярмарочная 11</w:t>
        <w:br/>
        <w:t>Ссылка для отзыва: https://yandex.ru/maps/org/dobrotny_dom/99316463249/reviews/</w:t>
      </w:r>
    </w:p>
    <w:p>
      <w:pPr>
        <w:pStyle w:val="Heading1"/>
      </w:pPr>
      <w:r>
        <w:t>1. SMS (до 160 знаков) — сразу после подписания акта</w:t>
      </w:r>
    </w:p>
    <w:p>
      <w:r>
        <w:rPr>
          <w:b/>
        </w:rPr>
        <w:t>Вариант А:</w:t>
        <w:br/>
      </w:r>
      <w:r>
        <w:t>Спасибо за доверие, {Имя}! Дом сдан 🎉 Будем рады вашей оценке на Яндекс.Картах: {ссылка} С уважением, «Добротный дом»</w:t>
      </w:r>
    </w:p>
    <w:p/>
    <w:p>
      <w:r>
        <w:rPr>
          <w:b/>
        </w:rPr>
        <w:t>Вариант Б:</w:t>
        <w:br/>
      </w:r>
      <w:r>
        <w:t>{Имя}, спасибо, что выбрали нас! Расскажите о впечатлениях — нам важно ваше мнение: {ссылка} «Добротный дом»</w:t>
      </w:r>
    </w:p>
    <w:p/>
    <w:p>
      <w:pPr>
        <w:pStyle w:val="Heading1"/>
      </w:pPr>
      <w:r>
        <w:t>2. WhatsApp/Telegram — в день сдачи (основной)</w:t>
      </w:r>
    </w:p>
    <w:p>
      <w:r>
        <w:rPr>
          <w:b/>
        </w:rPr>
        <w:t>Текст:</w:t>
        <w:br/>
      </w:r>
      <w:r>
        <w:t>Добрый день, {Имя}! 🏡</w:t>
        <w:br/>
        <w:br/>
        <w:t>Поздравляем — ваш дом готов, и мы передаём вам ключи! Это был классный проект, и мы гордимся результатом.</w:t>
        <w:br/>
        <w:br/>
        <w:t>Будем очень благодарны, если вы оставите отзыв о нашей работе на Яндекс.Картах — это 1 минута, а для нас — большая поддержка:</w:t>
        <w:br/>
        <w:t>{ссылка}</w:t>
        <w:br/>
        <w:br/>
        <w:t>Если захотите приложить пару фото дома — будет особенно здорово 😊</w:t>
        <w:br/>
        <w:br/>
        <w:t>С уважением, команда «Добротный дом»</w:t>
      </w:r>
    </w:p>
    <w:p/>
    <w:p>
      <w:pPr>
        <w:pStyle w:val="Heading1"/>
      </w:pPr>
      <w:r>
        <w:t>3. WhatsApp/Telegram — через 2–3 недели (эмоциональный)</w:t>
      </w:r>
    </w:p>
    <w:p>
      <w:r>
        <w:rPr>
          <w:b/>
        </w:rPr>
        <w:t>Текст:</w:t>
        <w:br/>
      </w:r>
      <w:r>
        <w:t>{Имя}, добрый день! Как устроились в новом доме? 🏠</w:t>
        <w:br/>
        <w:br/>
        <w:t>Надеемся, всё радует — тёплые стены, тишина и вид из окна. Нам очень ценно, что вы доверили нам это строительство.</w:t>
        <w:br/>
        <w:br/>
        <w:t>Если вам всё нравится — расскажите об этом на Яндекс.Картах, будущим владельцам домов ваш опыт очень поможет:</w:t>
        <w:br/>
        <w:t>{ссылка}</w:t>
        <w:br/>
        <w:br/>
        <w:t>И, конечно, если что-то требует внимания — пишите, решим!</w:t>
        <w:br/>
        <w:br/>
        <w:t>С уважением, «Добротный дом»</w:t>
      </w:r>
    </w:p>
    <w:p/>
    <w:p>
      <w:pPr>
        <w:pStyle w:val="Heading1"/>
      </w:pPr>
      <w:r>
        <w:t>4. Email — полная версия (для тех, кто любит почту)</w:t>
      </w:r>
    </w:p>
    <w:p>
      <w:r>
        <w:rPr>
          <w:b/>
        </w:rPr>
        <w:t>Тема:</w:t>
        <w:br/>
      </w:r>
      <w:r>
        <w:t>Спасибо, что выбрали «Добротный дом»! 🏡</w:t>
      </w:r>
    </w:p>
    <w:p/>
    <w:p>
      <w:r>
        <w:rPr>
          <w:b/>
        </w:rPr>
        <w:t>Текст:</w:t>
        <w:br/>
      </w:r>
      <w:r>
        <w:t>Здравствуйте, {Имя}!</w:t>
        <w:br/>
        <w:br/>
        <w:t>Спасибо, что доверили нам строительство вашего дома. Мы строили его, как для себя: сухой лес, утепление по технологии, каждый узел — под контролем прораба.</w:t>
        <w:br/>
        <w:br/>
        <w:t>Теперь у вас есть дом, в котором будет тепло зимой и прохладно летом. Мы будем рады, если вы поделитесь впечатлениями на Яндекс.Картах — это занимает минуту, а помогает другим людям принять важное решение:</w:t>
        <w:br/>
        <w:t>{ссылка}</w:t>
        <w:br/>
        <w:br/>
        <w:t>Если захотите добавить фото — будем особенно благодарны: реальные снимки домов — лучшее доказательство нашей работы.</w:t>
        <w:br/>
        <w:br/>
        <w:t>С уважением,</w:t>
        <w:br/>
        <w:t>команда «Добротный дом»</w:t>
        <w:br/>
        <w:t>Мытищи, Ярмарочная 11</w:t>
        <w:br/>
        <w:t>+7 (495) 128-95-05</w:t>
      </w:r>
    </w:p>
    <w:p/>
    <w:p>
      <w:pPr>
        <w:pStyle w:val="Heading1"/>
      </w:pPr>
      <w:r>
        <w:t>5. Пост для соцсетей (VK / Telegram-канал)</w:t>
      </w:r>
    </w:p>
    <w:p>
      <w:r>
        <w:rPr>
          <w:b/>
        </w:rPr>
        <w:t>Текст:</w:t>
        <w:br/>
      </w:r>
      <w:r>
        <w:t>Ещё один сданный дом! 🏡</w:t>
        <w:br/>
        <w:br/>
        <w:t>Мы передали ключи семье — и очень гордимся результатом.</w:t>
        <w:br/>
        <w:br/>
        <w:t>Друзья! Если вы строили с нами дом и вам всё понравилось — будем благодарны за отзыв на Яндекс.Картах. Ваше мнение помогает другим людям найти надёжного подрядчика:</w:t>
        <w:br/>
        <w:t>{ссылка}</w:t>
        <w:br/>
        <w:br/>
        <w:t>А если только присматриваетесь — заходите к нам на выставку в Мытищах, покажем дома вживую!</w:t>
        <w:br/>
        <w:br/>
        <w:t>#ДобротныйДом #КаркасныеДома #СтроительствоДомов</w:t>
      </w:r>
    </w:p>
    <w:p/>
    <w:p>
      <w:pPr>
        <w:pStyle w:val="Heading1"/>
      </w:pPr>
      <w:r>
        <w:t>6. Шаблоны ответов на отзывы (для менеджера)</w:t>
      </w:r>
    </w:p>
    <w:p>
      <w:r>
        <w:rPr>
          <w:b/>
        </w:rPr>
        <w:t>5★ — тёплый:</w:t>
        <w:br/>
      </w:r>
      <w:r>
        <w:t>Спасибо большое за тёплые слова, {Имя}! Очень рады, что дом оправдал ожидания. Будем на связи — если что-то понадобится, пишите. С уважением, «Добротный дом»</w:t>
      </w:r>
    </w:p>
    <w:p/>
    <w:p>
      <w:r>
        <w:rPr>
          <w:b/>
        </w:rPr>
        <w:t>5★ — короткий:</w:t>
        <w:br/>
      </w:r>
      <w:r>
        <w:t>Спасибо за доверие и высокую оценку! Рады, что вам нравится. Обращайтесь в любое время!</w:t>
      </w:r>
    </w:p>
    <w:p/>
    <w:p>
      <w:r>
        <w:rPr>
          <w:b/>
        </w:rPr>
        <w:t>4★ — благодарность + нюанс:</w:t>
        <w:br/>
      </w:r>
      <w:r>
        <w:t>Спасибо за отзыв, {Имя}! Рады, что в целом всё понравилось. Напишите нам, если есть замечания — разберём и улучшим. Ваше мнение помогает нам становиться лучше!</w:t>
      </w:r>
    </w:p>
    <w:p/>
    <w:p>
      <w:r>
        <w:rPr>
          <w:b/>
        </w:rPr>
        <w:t>3★ и ниже — работа с возражением:</w:t>
        <w:br/>
      </w:r>
      <w:r>
        <w:t>{Имя}, спасибо, что поделились. Нам очень жаль, что остались вопросы. Пожалуйста, свяжитесь с нами напрямую: +7 (495) 128-95-05 или ответьте на это письмо — лично разберём каждую деталь и найдём решение. Нам важно, чтобы вы остались довольны.</w:t>
      </w:r>
    </w:p>
    <w:p/>
    <w:p>
      <w:pPr>
        <w:pStyle w:val="Heading1"/>
      </w:pPr>
      <w:r>
        <w:t>Практические правила</w:t>
      </w:r>
    </w:p>
    <w:p>
      <w:pPr>
        <w:pStyle w:val="ListBullet"/>
      </w:pPr>
      <w:r>
        <w:t>Отправлять в день подписания акта + контрольное сообщение через 2–3 недели (повторка повышает отклик в 2 раза).</w:t>
      </w:r>
    </w:p>
    <w:p>
      <w:pPr>
        <w:pStyle w:val="ListBullet"/>
      </w:pPr>
      <w:r>
        <w:t>Никакого «оцените нас 5 звёзд» — Яндекс отслеживает такие просьбы и может пометить отзывы. Просим «рассказать о впечатлениях».</w:t>
      </w:r>
    </w:p>
    <w:p>
      <w:pPr>
        <w:pStyle w:val="ListBullet"/>
      </w:pPr>
      <w:r>
        <w:t>Просить фото вместе с отзывом: отзыв с фото ранжируется выше и выглядит достовернее.</w:t>
      </w:r>
    </w:p>
    <w:p>
      <w:pPr>
        <w:pStyle w:val="ListBullet"/>
      </w:pPr>
      <w:r>
        <w:t>Отвечать на КАЖДЫЙ отзыв (даже 5★) в течение 2–3 дней — активность поднимает карточку в выдаче.</w:t>
      </w:r>
    </w:p>
    <w:p>
      <w:pPr>
        <w:pStyle w:val="ListBullet"/>
      </w:pPr>
      <w:r>
        <w:t>Если клиент недоволен — решать вопрос до просьбы об отзыве. Довольный клиент = отзыв сам придёт.</w:t>
      </w:r>
    </w:p>
    <w:p>
      <w:pPr>
        <w:pStyle w:val="ListBullet"/>
      </w:pPr>
      <w:r>
        <w:t>Не публиковать отзывы за клиентов и не просить знакомых — блокировка карточки Яндекса перечеркнёт всё.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